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[Target job title]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[City], [State] · [Phone] · [Email] · [LinkedIn or website URL]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Operations analyst with six years of experience improving supply chain processes for mid-size retail and distribution companies. Skilled in SQL, Excel modeling and Tableau reporting. Reduced order fulfillment time by 18% through a warehouse slotting redesign and built weekly dashboards used by regional leadership. Looking to bring process improvement and data analysis skills to a growing logistics team.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WORK EXPERIENCE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 OR VOLUNTEER WORK</w:t>
      </w:r>
    </w:p>
    <w:p>
      <w:pPr>
        <w:pStyle w:val="ListBullet"/>
        <w:spacing w:after="40"/>
      </w:pPr>
      <w:r>
        <w:t>[Project or role] — [one line on what you did and the outcome]</w:t>
      </w:r>
    </w:p>
    <w:p>
      <w:pPr>
        <w:pStyle w:val="ListBullet"/>
        <w:spacing w:after="40"/>
      </w:pPr>
      <w:r>
        <w:t>[Project or role] — [one line on what you did and the outcome]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US resume template (Letter) from digitalcvmaker.com/resume-format/us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Resume template</dc:title>
  <dc:subject>US resume format</dc:subject>
  <dc:creator>digitalcvmaker.com</dc:creator>
  <cp:keywords>template, US resume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