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b w:val="0"/>
          <w:i w:val="0"/>
        </w:rPr>
        <w:t>[Your name]</w:t>
        <w:br/>
        <w:t>City, State | Phone | Email</w:t>
      </w:r>
    </w:p>
    <w:p>
      <w:pPr>
        <w:spacing w:after="160"/>
      </w:pPr>
      <w:r>
        <w:rPr>
          <w:b w:val="0"/>
          <w:i w:val="0"/>
        </w:rPr>
        <w:t>Dear [Hiring manager's name],</w:t>
      </w:r>
    </w:p>
    <w:p>
      <w:pPr>
        <w:spacing w:after="160"/>
      </w:pPr>
      <w:r>
        <w:rPr>
          <w:b w:val="0"/>
          <w:i w:val="0"/>
        </w:rPr>
        <w:t>I am applying for the [Role] position at [Company name]. With six years of experience in operations analysis and a record of cutting fulfillment times through data-driven process changes, I believe I can help your team scale reliably as order volume grows.</w:t>
      </w:r>
    </w:p>
    <w:p>
      <w:pPr>
        <w:spacing w:after="160"/>
      </w:pPr>
      <w:r>
        <w:rPr>
          <w:b w:val="0"/>
          <w:i w:val="0"/>
        </w:rPr>
        <w:t>In my current role, I lead weekly performance reviews for three regional warehouses. When late shipments began rising, I analyzed pick-path data in SQL, identified slotting problems in our highest-volume zones and worked with site managers to redesign the layout. Within one quarter, average fulfillment time fell by 18% and overtime costs dropped noticeably. I also built a set of Tableau dashboards that leadership now uses to track throughput and staffing needs.</w:t>
      </w:r>
    </w:p>
    <w:p>
      <w:pPr>
        <w:spacing w:after="160"/>
      </w:pPr>
      <w:r>
        <w:rPr>
          <w:b w:val="0"/>
          <w:i w:val="0"/>
        </w:rPr>
        <w:t>What draws me to [Company name] is your focus on same-day delivery in growing metro markets. That goal depends on clean data and quick decisions on the warehouse floor, and it is the kind of work I enjoy most. I am comfortable translating analysis into plain recommendations for managers and following through until changes stick.</w:t>
      </w:r>
    </w:p>
    <w:p>
      <w:pPr>
        <w:spacing w:after="160"/>
      </w:pPr>
      <w:r>
        <w:rPr>
          <w:b w:val="0"/>
          <w:i w:val="0"/>
        </w:rPr>
        <w:t>I would welcome the chance to discuss how my experience could support your operations team. Thank you for your time and consideration.</w:t>
      </w:r>
    </w:p>
    <w:p>
      <w:pPr>
        <w:spacing w:after="160"/>
      </w:pPr>
      <w:r>
        <w:rPr>
          <w:b w:val="0"/>
          <w:i w:val="0"/>
        </w:rPr>
        <w:t>Sincerely,</w:t>
      </w:r>
    </w:p>
    <w:p>
      <w:pPr>
        <w:spacing w:after="160"/>
      </w:pPr>
      <w:r>
        <w:rPr>
          <w:b w:val="0"/>
          <w:i w:val="0"/>
        </w:rPr>
        <w:t>[Your name]</w:t>
      </w:r>
    </w:p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US cover letter template from digitalcvmaker.com/cover-letter-format/us — replace everything in [brackets].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cover letter template</dc:title>
  <dc:subject>US cover letter format</dc:subject>
  <dc:creator>digitalcvmaker.com</dc:creator>
  <cp:keywords>template, US cover letter format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