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[Your name]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[City] · [Phone] · [Email] · [LinkedIn or website URL]</w:t>
      </w:r>
    </w:p>
    <w:p>
      <w:pPr>
        <w:spacing w:after="160"/>
      </w:pPr>
      <w:r>
        <w:rPr>
          <w:b w:val="0"/>
          <w:i w:val="0"/>
        </w:rPr>
        <w:t>[Date]</w:t>
      </w:r>
    </w:p>
    <w:p>
      <w:pPr>
        <w:spacing w:after="200"/>
      </w:pPr>
      <w:r>
        <w:rPr>
          <w:b w:val="0"/>
          <w:i w:val="0"/>
        </w:rPr>
        <w:t>[Hiring manager's name]</w:t>
        <w:br/>
        <w:t>[Job title]</w:t>
        <w:br/>
        <w:t>[Company name]</w:t>
        <w:br/>
        <w:t>[Address, if sending a formal letter]</w:t>
      </w:r>
    </w:p>
    <w:p>
      <w:pPr>
        <w:spacing w:after="160"/>
      </w:pPr>
      <w:r>
        <w:rPr>
          <w:b w:val="0"/>
          <w:i w:val="0"/>
        </w:rPr>
        <w:t>Dear [Hiring manager's name],</w:t>
      </w:r>
    </w:p>
    <w:p>
      <w:pPr>
        <w:spacing w:after="160"/>
      </w:pPr>
      <w:r>
        <w:rPr>
          <w:b w:val="0"/>
          <w:i w:val="0"/>
        </w:rPr>
        <w:t>I am writing to apply for the position of [Role] at [Company name], as advertised on your careers page. With five years' experience in project coordination across construction and facilities management, I believe I can bring organised, reliable support to your delivery team from the start.</w:t>
      </w:r>
    </w:p>
    <w:p>
      <w:pPr>
        <w:spacing w:after="160"/>
      </w:pPr>
      <w:r>
        <w:rPr>
          <w:b w:val="0"/>
          <w:i w:val="0"/>
        </w:rPr>
        <w:t>In my current role I coordinate schedules, budgets and supplier contracts for a portfolio of refurbishment projects. Last year I introduced a shared tracking system that reduced late invoice approvals and gave site managers a clearer weekly view of progress. I also prepare monthly reports for directors and act as the main contact for three regular subcontractors, which has strengthened my negotiation and communication skills.</w:t>
      </w:r>
    </w:p>
    <w:p>
      <w:pPr>
        <w:spacing w:after="160"/>
      </w:pPr>
      <w:r>
        <w:rPr>
          <w:b w:val="0"/>
          <w:i w:val="0"/>
        </w:rPr>
        <w:t>I am particularly interested in [Company name] because of your focus on energy-efficient retrofits in the public sector. Your person specification asks for experience of stakeholder management and working to tight deadlines, and I have attached my CV with examples of both. I hold a recognised project management qualification and a full UK driving licence.</w:t>
      </w:r>
    </w:p>
    <w:p>
      <w:pPr>
        <w:spacing w:after="160"/>
      </w:pPr>
      <w:r>
        <w:rPr>
          <w:b w:val="0"/>
          <w:i w:val="0"/>
        </w:rPr>
        <w:t>My notice period is one month, and I have full right to work in the UK. I would welcome the opportunity to discuss how my experience could support your projects, and I am available for interview at your convenience.</w:t>
      </w:r>
    </w:p>
    <w:p>
      <w:pPr>
        <w:spacing w:after="160"/>
      </w:pPr>
      <w:r>
        <w:rPr>
          <w:b w:val="0"/>
          <w:i w:val="0"/>
        </w:rPr>
        <w:t>Thank you for considering my application.</w:t>
      </w:r>
    </w:p>
    <w:p>
      <w:pPr>
        <w:spacing w:after="160"/>
      </w:pPr>
      <w:r>
        <w:rPr>
          <w:b w:val="0"/>
          <w:i w:val="0"/>
        </w:rPr>
        <w:t>Yours sincerely,</w:t>
      </w:r>
    </w:p>
    <w:p>
      <w:pPr>
        <w:spacing w:after="160"/>
      </w:pPr>
      <w:r>
        <w:rPr>
          <w:b w:val="0"/>
          <w:i w:val="0"/>
        </w:rPr>
        <w:t>[Your name]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UK cover letter template from digitalcvmaker.com/cover-letter-format/uk — replace everything in [brackets].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UK cover letter template</dc:title>
  <dc:subject>UK cover letter format</dc:subject>
  <dc:creator>digitalcvmaker.com</dc:creator>
  <cp:keywords>template, UK cover letter format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