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applying for the [Role] position at [Company name], which I saw on your careers page. I have six years of experience in finance operations for regional businesses, and I would welcome the chance to bring that background to your team.</w:t>
      </w:r>
    </w:p>
    <w:p>
      <w:pPr>
        <w:spacing w:after="160"/>
      </w:pPr>
      <w:r>
        <w:rPr>
          <w:b w:val="0"/>
          <w:i w:val="0"/>
        </w:rPr>
        <w:t>In my current role, I manage month-end closing and intercompany reconciliations for entities in Singapore, Malaysia and Thailand. I introduced a standard checklist and shared tracker that shortened the closing cycle and reduced last-minute adjustments raised by auditors. I also work closely with colleagues in sales and procurement to resolve billing queries, which has taught me to explain financial issues clearly to people outside the finance function.</w:t>
      </w:r>
    </w:p>
    <w:p>
      <w:pPr>
        <w:spacing w:after="160"/>
      </w:pPr>
      <w:r>
        <w:rPr>
          <w:b w:val="0"/>
          <w:i w:val="0"/>
        </w:rPr>
        <w:t>[Company name] stands out to me because of its expansion across Southeast Asia and its investment in automating back-office processes. Your advertisement asks for strong reconciliation skills and experience with accounting systems, and my attached resume gives examples of both. I also hold a recognised professional accounting qualification.</w:t>
      </w:r>
    </w:p>
    <w:p>
      <w:pPr>
        <w:spacing w:after="160"/>
      </w:pPr>
      <w:r>
        <w:rPr>
          <w:b w:val="0"/>
          <w:i w:val="0"/>
        </w:rPr>
        <w:t>I am a Singapore Permanent Resident, so no work pass is required, and my notice period is one month. I would be glad to discuss how I could support your finance team, and I am available for an interview at a time that suits you.</w:t>
      </w:r>
    </w:p>
    <w:p>
      <w:pPr>
        <w:spacing w:after="160"/>
      </w:pPr>
      <w:r>
        <w:rPr>
          <w:b w:val="0"/>
          <w:i w:val="0"/>
        </w:rPr>
        <w:t>Thank you for your time and consideration.</w:t>
      </w:r>
    </w:p>
    <w:p>
      <w:pPr>
        <w:spacing w:after="160"/>
      </w:pPr>
      <w:r>
        <w:rPr>
          <w:b w:val="0"/>
          <w:i w:val="0"/>
        </w:rPr>
        <w:t>Yours 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Singapore cover letter template from digitalcvmaker.com/cover-letter-format/sg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Singapore cover letter template</dc:title>
  <dc:subject>Singapore cover letter format</dc:subject>
  <dc:creator>digitalcvmaker.com</dc:creator>
  <cp:keywords>template, Singapore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