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819"/>
        <w:gridCol w:w="4819"/>
      </w:tblGrid>
      <w:tr>
        <w:tc>
          <w:tcPr>
            <w:tcW w:type="dxa" w:w="7654"/>
          </w:tcPr>
          <w:p>
            <w:r>
              <w:rPr>
                <w:b/>
                <w:sz w:val="44"/>
              </w:rPr>
              <w:t>[Your Name]</w:t>
            </w:r>
          </w:p>
          <w:p>
            <w:r>
              <w:rPr>
                <w:color w:val="4B2ED6"/>
              </w:rPr>
              <w:t>[Target job title]</w:t>
            </w:r>
          </w:p>
          <w:p>
            <w:r>
              <w:rPr>
                <w:sz w:val="19"/>
              </w:rPr>
              <w:t>[City], [Country] · [Phone] · [Email] · [LinkedIn or website URL]</w:t>
            </w:r>
          </w:p>
        </w:tc>
        <w:tc>
          <w:tcPr>
            <w:tcW w:type="dxa" w:w="1984"/>
          </w:tcPr>
          <w:p>
            <w:pPr>
              <w:jc w:val="center"/>
            </w:pPr>
            <w:r>
              <w:rPr>
                <w:color w:val="5B5F8A"/>
              </w:rPr>
              <w:br/>
              <w:br/>
              <w:t>[Photo]</w:t>
              <w:br/>
              <w:br/>
            </w:r>
          </w:p>
        </w:tc>
      </w:tr>
    </w:tbl>
    <w:p>
      <w:pPr>
        <w:spacing w:after="80" w:before="220"/>
        <w:pBdr>
          <w:bottom w:val="single" w:sz="6" w:space="2" w:color="4B2ED6"/>
        </w:pBdr>
      </w:pPr>
      <w:r>
        <w:rPr>
          <w:b/>
          <w:i w:val="0"/>
          <w:color w:val="4B2ED6"/>
          <w:sz w:val="21"/>
        </w:rPr>
        <w:t>PERSONAL DETAILS AND CONTACT INFORMATION</w:t>
      </w:r>
    </w:p>
    <w:p>
      <w:r>
        <w:rPr>
          <w:b w:val="0"/>
          <w:i w:val="0"/>
        </w:rPr>
        <w:t>[Nationality] · [Visa or work permit status] · [Current location] · [Notice period]</w:t>
      </w:r>
    </w:p>
    <w:p>
      <w:pPr>
        <w:spacing w:after="80" w:before="220"/>
        <w:pBdr>
          <w:bottom w:val="single" w:sz="6" w:space="2" w:color="4B2ED6"/>
        </w:pBdr>
      </w:pPr>
      <w:r>
        <w:rPr>
          <w:b/>
          <w:i w:val="0"/>
          <w:color w:val="4B2ED6"/>
          <w:sz w:val="21"/>
        </w:rPr>
        <w:t>PROFESSIONAL SUMMARY</w:t>
      </w:r>
    </w:p>
    <w:p>
      <w:r>
        <w:rPr>
          <w:b w:val="0"/>
          <w:i w:val="0"/>
        </w:rPr>
        <w:t>Customer support team lead with six years’ experience in multilingual service for software and travel companies. Leads a team of eight agents, coaches new hires and works with product teams to turn customer feedback into improvements. Bachelor’s degree in languages and business. English C2, Portuguese B2, French C1. EU citizen living in Porto, available after a one-month notice period.</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PROFESSIONAL EXPERIENCE</w:t>
      </w:r>
    </w:p>
    <w:p>
      <w:pPr>
        <w:spacing w:after="20"/>
      </w:pPr>
      <w:r>
        <w:rPr>
          <w:b/>
        </w:rPr>
        <w:t>[Job title]</w:t>
      </w:r>
      <w:r>
        <w:t xml:space="preserve"> — [Company name], [City]</w:t>
      </w:r>
    </w:p>
    <w:p>
      <w:pPr>
        <w:spacing w:after="120"/>
      </w:pPr>
      <w:r>
        <w:rPr>
          <w:b w:val="0"/>
          <w:i w:val="0"/>
          <w:color w:val="5B5F8A"/>
          <w:sz w:val="19"/>
        </w:rPr>
        <w:t>[Month Year]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LANGUAGES WITH CEFR LEVELS</w:t>
      </w:r>
    </w:p>
    <w:p>
      <w:r>
        <w:rPr>
          <w:b w:val="0"/>
          <w:i w:val="0"/>
        </w:rPr>
        <w:t>[Language] — [level, e.g. fluent / professional / basic]</w:t>
      </w:r>
    </w:p>
    <w:p>
      <w:pPr>
        <w:spacing w:after="80" w:before="220"/>
        <w:pBdr>
          <w:bottom w:val="single" w:sz="6" w:space="2" w:color="4B2ED6"/>
        </w:pBdr>
      </w:pPr>
      <w:r>
        <w:rPr>
          <w:b/>
          <w:i w:val="0"/>
          <w:color w:val="4B2ED6"/>
          <w:sz w:val="21"/>
        </w:rPr>
        <w:t>TECHNICAL AND DIGITAL SKILLS</w:t>
      </w:r>
    </w:p>
    <w:p>
      <w:r>
        <w:rPr>
          <w:b w:val="0"/>
          <w:i w:val="0"/>
        </w:rPr>
        <w:t>[Skill] · [Skill] · [Skill] · [Tool or software] · [Tool or software] · [Method]</w:t>
      </w:r>
    </w:p>
    <w:p>
      <w:pPr>
        <w:spacing w:after="80" w:before="220"/>
        <w:pBdr>
          <w:bottom w:val="single" w:sz="6" w:space="2" w:color="4B2ED6"/>
        </w:pBdr>
      </w:pPr>
      <w:r>
        <w:rPr>
          <w:b/>
          <w:i w:val="0"/>
          <w:color w:val="4B2ED6"/>
          <w:sz w:val="21"/>
        </w:rPr>
        <w:t>TRAINING AND CERTIFICATIONS</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VOLUNTEERING AND OTHER INFORMATION</w:t>
      </w:r>
    </w:p>
    <w:p>
      <w:pPr>
        <w:pStyle w:val="ListBullet"/>
        <w:spacing w:after="40"/>
      </w:pPr>
      <w:r>
        <w:t>[Project or role] — [one line on what you did and the outcome]</w:t>
      </w:r>
    </w:p>
    <w:p>
      <w:pPr>
        <w:pStyle w:val="ListBullet"/>
        <w:spacing w:after="40"/>
      </w:pPr>
      <w:r>
        <w:t>[Project or role] — [one line on what you did and the outcome]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Portugal CV template (A4) from digitalcvmaker.com/resume-format/pt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Portugal CV template</dc:title>
  <dc:subject>Portugal CV format</dc:subject>
  <dc:creator>digitalcvmaker.com</dc:creator>
  <cp:keywords>template, Portugal CV format</cp:keywords>
  <dc:description>generated by python-docx</dc:description>
  <cp:lastModifiedBy/>
  <cp:revision>1</cp:revision>
  <dcterms:created xsi:type="dcterms:W3CDTF">2013-12-23T23:15:00Z</dcterms:created>
  <dcterms:modified xsi:type="dcterms:W3CDTF">2013-12-23T23:15:00Z</dcterms:modified>
  <cp:category/>
</cp:coreProperties>
</file>