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[Your name]</w:t>
      </w:r>
    </w:p>
    <w:p>
      <w:pPr>
        <w:spacing w:after="120"/>
      </w:pPr>
      <w:r>
        <w:rPr>
          <w:b w:val="0"/>
          <w:i w:val="0"/>
          <w:color w:val="5B5F8A"/>
          <w:sz w:val="19"/>
        </w:rPr>
        <w:t>[City] · [Phone] · [Email] · [LinkedIn or website URL]</w:t>
      </w:r>
    </w:p>
    <w:p>
      <w:pPr>
        <w:spacing w:after="160"/>
      </w:pPr>
      <w:r>
        <w:rPr>
          <w:b w:val="0"/>
          <w:i w:val="0"/>
        </w:rPr>
        <w:t>[Date]</w:t>
      </w:r>
    </w:p>
    <w:p>
      <w:pPr>
        <w:spacing w:after="200"/>
      </w:pPr>
      <w:r>
        <w:rPr>
          <w:b w:val="0"/>
          <w:i w:val="0"/>
        </w:rPr>
        <w:t>[Hiring manager's name]</w:t>
        <w:br/>
        <w:t>[Job title]</w:t>
        <w:br/>
        <w:t>[Company name]</w:t>
        <w:br/>
        <w:t>[Address, if sending a formal letter]</w:t>
      </w:r>
    </w:p>
    <w:p>
      <w:pPr>
        <w:spacing w:after="160"/>
      </w:pPr>
      <w:r>
        <w:rPr>
          <w:b w:val="0"/>
          <w:i w:val="0"/>
        </w:rPr>
        <w:t>Dear [Hiring manager's name],</w:t>
      </w:r>
    </w:p>
    <w:p>
      <w:pPr>
        <w:spacing w:after="160"/>
      </w:pPr>
      <w:r>
        <w:rPr>
          <w:b w:val="0"/>
          <w:i w:val="0"/>
        </w:rPr>
        <w:t>I am applying for the position of [Role] at [Company name], as advertised on your website. I am a software developer with five years' experience building web applications for clients in retail and travel, and I would like to join your engineering team in Lisbon.</w:t>
      </w:r>
    </w:p>
    <w:p>
      <w:pPr>
        <w:spacing w:after="160"/>
      </w:pPr>
      <w:r>
        <w:rPr>
          <w:b w:val="0"/>
          <w:i w:val="0"/>
        </w:rPr>
        <w:t>In my current role I work on a booking platform used by travellers across Europe. I rebuilt the payment flow to make it easier to maintain, added automated tests that catch problems before release and regularly review code for two junior developers. Your advert mentions experience with modern front-end frameworks and a habit of writing tests, and both are central to how I work.</w:t>
      </w:r>
    </w:p>
    <w:p>
      <w:pPr>
        <w:spacing w:after="160"/>
      </w:pPr>
      <w:r>
        <w:rPr>
          <w:b w:val="0"/>
          <w:i w:val="0"/>
        </w:rPr>
        <w:t>[Company name] stands out to me because of your focus on accessible digital products and your mix of local and international clients. I am relocating to Lisbon with my family, I hold an EU passport and I am learning Portuguese, currently at A2 level, with weekly lessons.</w:t>
      </w:r>
    </w:p>
    <w:p>
      <w:pPr>
        <w:spacing w:after="160"/>
      </w:pPr>
      <w:r>
        <w:rPr>
          <w:b w:val="0"/>
          <w:i w:val="0"/>
        </w:rPr>
        <w:t>I can start after a one-month notice period and would be happy to meet online or in person. My CV is attached as a PDF. Thank you for your time and consideration.</w:t>
      </w:r>
    </w:p>
    <w:p>
      <w:pPr>
        <w:spacing w:after="160"/>
      </w:pPr>
      <w:r>
        <w:rPr>
          <w:b w:val="0"/>
          <w:i w:val="0"/>
        </w:rPr>
        <w:t>Kind regards,</w:t>
      </w:r>
    </w:p>
    <w:p>
      <w:pPr>
        <w:spacing w:after="160"/>
      </w:pPr>
      <w:r>
        <w:rPr>
          <w:b w:val="0"/>
          <w:i w:val="0"/>
        </w:rPr>
        <w:t>[Your name]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Portugal cover letter template from digitalcvmaker.com/cover-letter-format/pt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Portugal cover letter template</dc:title>
  <dc:subject>Portugal cover letter format</dc:subject>
  <dc:creator>digitalcvmaker.com</dc:creator>
  <cp:keywords>template, Portugal cover letter format</cp:keywords>
  <dc:description>generated by python-docx</dc:description>
  <cp:lastModifiedBy/>
  <cp:revision>1</cp:revision>
  <dcterms:created xsi:type="dcterms:W3CDTF">2013-12-23T23:15:00Z</dcterms:created>
  <dcterms:modified xsi:type="dcterms:W3CDTF">2013-12-23T23:15:00Z</dcterms:modified>
  <cp:category/>
</cp:coreProperties>
</file>