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819"/>
        <w:gridCol w:w="4819"/>
      </w:tblGrid>
      <w:tr>
        <w:tc>
          <w:tcPr>
            <w:tcW w:type="dxa" w:w="7654"/>
          </w:tcPr>
          <w:p>
            <w:r>
              <w:rPr>
                <w:b/>
                <w:sz w:val="44"/>
              </w:rPr>
              <w:t>[Your Name]</w:t>
            </w:r>
          </w:p>
          <w:p>
            <w:r>
              <w:rPr>
                <w:color w:val="4B2ED6"/>
              </w:rPr>
              <w:t>[Target job title]</w:t>
            </w:r>
          </w:p>
          <w:p>
            <w:r>
              <w:rPr>
                <w:sz w:val="19"/>
              </w:rPr>
              <w:t>[City], [Country] · [Phone] · [Email] · [LinkedIn or website URL]</w:t>
            </w:r>
          </w:p>
        </w:tc>
        <w:tc>
          <w:tcPr>
            <w:tcW w:type="dxa" w:w="1984"/>
          </w:tcPr>
          <w:p>
            <w:pPr>
              <w:jc w:val="center"/>
            </w:pPr>
            <w:r>
              <w:rPr>
                <w:color w:val="5B5F8A"/>
              </w:rPr>
              <w:br/>
              <w:br/>
              <w:t>[Photo]</w:t>
              <w:br/>
              <w:br/>
            </w:r>
          </w:p>
        </w:tc>
      </w:tr>
    </w:tbl>
    <w:p>
      <w:pPr>
        <w:spacing w:after="80" w:before="220"/>
        <w:pBdr>
          <w:bottom w:val="single" w:sz="6" w:space="2" w:color="4B2ED6"/>
        </w:pBdr>
      </w:pPr>
      <w:r>
        <w:rPr>
          <w:b/>
          <w:i w:val="0"/>
          <w:color w:val="4B2ED6"/>
          <w:sz w:val="21"/>
        </w:rPr>
        <w:t>PERSONAL DETAILS AND CONTACT INFORMATION</w:t>
      </w:r>
    </w:p>
    <w:p>
      <w:r>
        <w:rPr>
          <w:b w:val="0"/>
          <w:i w:val="0"/>
        </w:rPr>
        <w:t>[Nationality] · [Visa or work permit status] · [Current location] · [Notice period]</w:t>
      </w:r>
    </w:p>
    <w:p>
      <w:pPr>
        <w:spacing w:after="80" w:before="220"/>
        <w:pBdr>
          <w:bottom w:val="single" w:sz="6" w:space="2" w:color="4B2ED6"/>
        </w:pBdr>
      </w:pPr>
      <w:r>
        <w:rPr>
          <w:b/>
          <w:i w:val="0"/>
          <w:color w:val="4B2ED6"/>
          <w:sz w:val="21"/>
        </w:rPr>
        <w:t>PROFILE</w:t>
      </w:r>
    </w:p>
    <w:p>
      <w:r>
        <w:rPr>
          <w:b w:val="0"/>
          <w:i w:val="0"/>
        </w:rPr>
        <w:t>Mechanical engineer with five years’ experience in product design and testing for industrial machinery. Uses CAD and simulation tools daily and works closely with suppliers and production teams to move designs into manufacturing. Master’s degree in mechanical engineering with top marks. English C1, Italian C2, German B1. Based in Bologna and open to travel.</w:t>
      </w:r>
    </w:p>
    <w:p>
      <w:r>
        <w:rPr>
          <w:b w:val="0"/>
          <w:i/>
          <w:color w:val="5B5F8A"/>
          <w:sz w:val="17"/>
        </w:rPr>
        <w:t>Example text — rewrite it for your own role and results.</w:t>
      </w:r>
    </w:p>
    <w:p>
      <w:pPr>
        <w:spacing w:after="80" w:before="220"/>
        <w:pBdr>
          <w:bottom w:val="single" w:sz="6" w:space="2" w:color="4B2ED6"/>
        </w:pBdr>
      </w:pPr>
      <w:r>
        <w:rPr>
          <w:b/>
          <w:i w:val="0"/>
          <w:color w:val="4B2ED6"/>
          <w:sz w:val="21"/>
        </w:rPr>
        <w:t>WORK EXPERIENCE</w:t>
      </w:r>
    </w:p>
    <w:p>
      <w:pPr>
        <w:spacing w:after="20"/>
      </w:pPr>
      <w:r>
        <w:rPr>
          <w:b/>
        </w:rPr>
        <w:t>[Job title]</w:t>
      </w:r>
      <w:r>
        <w:t xml:space="preserve"> — [Company name], [City]</w:t>
      </w:r>
    </w:p>
    <w:p>
      <w:pPr>
        <w:spacing w:after="120"/>
      </w:pPr>
      <w:r>
        <w:rPr>
          <w:b w:val="0"/>
          <w:i w:val="0"/>
          <w:color w:val="5B5F8A"/>
          <w:sz w:val="19"/>
        </w:rPr>
        <w:t>[Month Year] – Present</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20"/>
      </w:pPr>
      <w:r>
        <w:rPr>
          <w:b/>
        </w:rPr>
        <w:t>[Job title]</w:t>
      </w:r>
      <w:r>
        <w:t xml:space="preserve"> — [Company name], [City]</w:t>
      </w:r>
    </w:p>
    <w:p>
      <w:pPr>
        <w:spacing w:after="120"/>
      </w:pPr>
      <w:r>
        <w:rPr>
          <w:b w:val="0"/>
          <w:i w:val="0"/>
          <w:color w:val="5B5F8A"/>
          <w:sz w:val="19"/>
        </w:rPr>
        <w:t>[Month Year] – [Month Year]</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80" w:before="220"/>
        <w:pBdr>
          <w:bottom w:val="single" w:sz="6" w:space="2" w:color="4B2ED6"/>
        </w:pBdr>
      </w:pPr>
      <w:r>
        <w:rPr>
          <w:b/>
          <w:i w:val="0"/>
          <w:color w:val="4B2ED6"/>
          <w:sz w:val="21"/>
        </w:rPr>
        <w:t>EDUCATION AND TRAINING</w:t>
      </w:r>
    </w:p>
    <w:p>
      <w:pPr>
        <w:spacing w:after="20"/>
      </w:pPr>
      <w:r>
        <w:rPr>
          <w:b/>
        </w:rPr>
        <w:t>[Degree or qualification]</w:t>
      </w:r>
      <w:r>
        <w:t xml:space="preserve"> — [University or institution], [City]</w:t>
      </w:r>
    </w:p>
    <w:p>
      <w:pPr>
        <w:spacing w:after="120"/>
      </w:pPr>
      <w:r>
        <w:rPr>
          <w:b w:val="0"/>
          <w:i w:val="0"/>
          <w:color w:val="5B5F8A"/>
          <w:sz w:val="19"/>
        </w:rPr>
        <w:t>[Month Year] · [Grade or classification, if strong]</w:t>
      </w:r>
    </w:p>
    <w:p>
      <w:pPr>
        <w:spacing w:after="80" w:before="220"/>
        <w:pBdr>
          <w:bottom w:val="single" w:sz="6" w:space="2" w:color="4B2ED6"/>
        </w:pBdr>
      </w:pPr>
      <w:r>
        <w:rPr>
          <w:b/>
          <w:i w:val="0"/>
          <w:color w:val="4B2ED6"/>
          <w:sz w:val="21"/>
        </w:rPr>
        <w:t>LANGUAGES WITH CEFR LEVELS</w:t>
      </w:r>
    </w:p>
    <w:p>
      <w:r>
        <w:rPr>
          <w:b w:val="0"/>
          <w:i w:val="0"/>
        </w:rPr>
        <w:t>[Language] — [level, e.g. fluent / professional / basic]</w:t>
      </w:r>
    </w:p>
    <w:p>
      <w:pPr>
        <w:spacing w:after="80" w:before="220"/>
        <w:pBdr>
          <w:bottom w:val="single" w:sz="6" w:space="2" w:color="4B2ED6"/>
        </w:pBdr>
      </w:pPr>
      <w:r>
        <w:rPr>
          <w:b/>
          <w:i w:val="0"/>
          <w:color w:val="4B2ED6"/>
          <w:sz w:val="21"/>
        </w:rPr>
        <w:t>DIGITAL AND TECHNICAL SKILLS</w:t>
      </w:r>
    </w:p>
    <w:p>
      <w:r>
        <w:rPr>
          <w:b w:val="0"/>
          <w:i w:val="0"/>
        </w:rPr>
        <w:t>[Skill] · [Skill] · [Skill] · [Tool or software] · [Tool or software] · [Method]</w:t>
      </w:r>
    </w:p>
    <w:p>
      <w:pPr>
        <w:spacing w:after="80" w:before="220"/>
        <w:pBdr>
          <w:bottom w:val="single" w:sz="6" w:space="2" w:color="4B2ED6"/>
        </w:pBdr>
      </w:pPr>
      <w:r>
        <w:rPr>
          <w:b/>
          <w:i w:val="0"/>
          <w:color w:val="4B2ED6"/>
          <w:sz w:val="21"/>
        </w:rPr>
        <w:t>CERTIFICATIONS AND COURSES</w:t>
      </w:r>
    </w:p>
    <w:p>
      <w:pPr>
        <w:pStyle w:val="ListBullet"/>
        <w:spacing w:after="40"/>
      </w:pPr>
      <w:r>
        <w:t>[Certification or licence], [Issuing body], [Number or date if relevant]</w:t>
      </w:r>
    </w:p>
    <w:p>
      <w:pPr>
        <w:pStyle w:val="ListBullet"/>
        <w:spacing w:after="40"/>
      </w:pPr>
      <w:r>
        <w:t>[Certification or training], [Issuing body]</w:t>
      </w:r>
    </w:p>
    <w:p>
      <w:pPr>
        <w:spacing w:after="80" w:before="220"/>
        <w:pBdr>
          <w:bottom w:val="single" w:sz="6" w:space="2" w:color="4B2ED6"/>
        </w:pBdr>
      </w:pPr>
      <w:r>
        <w:rPr>
          <w:b/>
          <w:i w:val="0"/>
          <w:color w:val="4B2ED6"/>
          <w:sz w:val="21"/>
        </w:rPr>
        <w:t>DRIVING LICENCE AND OTHER INFORMATION</w:t>
      </w:r>
    </w:p>
    <w:p>
      <w:pPr>
        <w:pStyle w:val="ListBullet"/>
        <w:spacing w:after="40"/>
      </w:pPr>
      <w:r>
        <w:t>[Certification or licence], [Issuing body], [Number or date if relevant]</w:t>
      </w:r>
    </w:p>
    <w:p>
      <w:pPr>
        <w:pStyle w:val="ListBullet"/>
        <w:spacing w:after="40"/>
      </w:pPr>
      <w:r>
        <w:t>[Certification or training], [Issuing body]</w:t>
      </w:r>
    </w:p>
    <w:p>
      <w:pPr>
        <w:spacing w:after="80" w:before="220"/>
        <w:pBdr>
          <w:bottom w:val="single" w:sz="6" w:space="2" w:color="4B2ED6"/>
        </w:pBdr>
      </w:pPr>
      <w:r>
        <w:rPr>
          <w:b/>
          <w:i w:val="0"/>
          <w:color w:val="4B2ED6"/>
          <w:sz w:val="21"/>
        </w:rPr>
        <w:t>DATA-PROCESSING CONSENT LINE</w:t>
      </w:r>
    </w:p>
    <w:p>
      <w:r>
        <w:rPr>
          <w:b w:val="0"/>
          <w:i w:val="0"/>
        </w:rPr>
        <w:t>Autorizzo il trattamento dei miei dati personali ai sensi del Regolamento (UE) sulla protezione dei dati (GDPR) e della normativa italiana vigente.</w:t>
      </w:r>
    </w:p>
    <w:p>
      <w:r>
        <w:rPr>
          <w:b w:val="0"/>
          <w:i/>
          <w:color w:val="5B5F8A"/>
          <w:sz w:val="17"/>
        </w:rPr>
        <w:t>Common closing line on Italian CVs: it authorises the employer to process the personal data in your CV.</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Italy CV template (A4) from digitalcvmaker.com/resume-format/it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CV template</dc:title>
  <dc:subject>Italy CV format</dc:subject>
  <dc:creator>digitalcvmaker.com</dc:creator>
  <cp:keywords>template, Italy CV format</cp:keywords>
  <dc:description>generated by python-docx</dc:description>
  <cp:lastModifiedBy/>
  <cp:revision>1</cp:revision>
  <dcterms:created xsi:type="dcterms:W3CDTF">2013-12-23T23:15:00Z</dcterms:created>
  <dcterms:modified xsi:type="dcterms:W3CDTF">2013-12-23T23:15:00Z</dcterms:modified>
  <cp:category/>
</cp:coreProperties>
</file>