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am writing to apply for the position of [Role] at [Company name], advertised on your careers page. With six years' experience in supply chain planning for consumer goods, I would be glad to contribute to your logistics team in Milan.</w:t>
      </w:r>
    </w:p>
    <w:p>
      <w:pPr>
        <w:spacing w:after="160"/>
      </w:pPr>
      <w:r>
        <w:rPr>
          <w:b w:val="0"/>
          <w:i w:val="0"/>
        </w:rPr>
        <w:t>In my current role I plan production and distribution for a range of food products sold across several European markets. I redesigned our weekly planning meeting around a shared dashboard, which made stock issues visible earlier and reduced last-minute changes for the warehouse. I also work with suppliers on delivery schedules and with sales teams on seasonal forecasts, which matches the cross-functional work described in your advert.</w:t>
      </w:r>
    </w:p>
    <w:p>
      <w:pPr>
        <w:spacing w:after="160"/>
      </w:pPr>
      <w:r>
        <w:rPr>
          <w:b w:val="0"/>
          <w:i w:val="0"/>
        </w:rPr>
        <w:t>I am drawn to [Company name] because of your focus on quality products and your growth in export markets, an area where my experience could be useful from the start. I am an EU citizen and will move to Milan next month; my Italian is at B2 level and I am continuing with lessons.</w:t>
      </w:r>
    </w:p>
    <w:p>
      <w:pPr>
        <w:spacing w:after="160"/>
      </w:pPr>
      <w:r>
        <w:rPr>
          <w:b w:val="0"/>
          <w:i w:val="0"/>
        </w:rPr>
        <w:t>I would be happy to discuss my application in an interview, online or in person. My CV is attached as a PDF.</w:t>
      </w:r>
    </w:p>
    <w:p>
      <w:pPr>
        <w:spacing w:after="160"/>
      </w:pPr>
      <w:r>
        <w:rPr>
          <w:b w:val="0"/>
          <w:i w:val="0"/>
        </w:rPr>
        <w:t>Kind regards,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Italy cover letter template from digitalcvmaker.com/cover-letter-format/it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Italy cover letter template</dc:title>
  <dc:subject>Italy cover letter format</dc:subject>
  <dc:creator>digitalcvmaker.com</dc:creator>
  <cp:keywords>template, Italy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