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[Your Name]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[Target job title]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[City], [Country] · [Phone] · [Email] · [LinkedIn or website URL]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Operations analyst with six years of experience in supply chain and vendor management for consumer goods businesses. Cut order processing time by 30% by redesigning approval workflows across three warehouses. Skilled in Excel, SQL and Power BI, and comfortable coordinating with finance and logistics teams. Based in Pune, open to relocating, with a notice period of 60 days.</w:t>
      </w:r>
    </w:p>
    <w:p>
      <w:r>
        <w:rPr>
          <w:b w:val="0"/>
          <w:i/>
          <w:color w:val="5B5F8A"/>
          <w:sz w:val="17"/>
        </w:rPr>
        <w:t>Example text — rewrite it for your own role and results.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KEY SKILLS</w:t>
      </w:r>
    </w:p>
    <w:p>
      <w:r>
        <w:rPr>
          <w:b w:val="0"/>
          <w:i w:val="0"/>
        </w:rPr>
        <w:t>[Skill] · [Skill] · [Skill] · [Tool or software] · [Tool or software] · [Method]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WORK EXPERIENCE</w:t>
      </w:r>
    </w:p>
    <w:p>
      <w:pPr>
        <w:spacing w:after="20"/>
      </w:pPr>
      <w:r>
        <w:rPr>
          <w:b/>
        </w:rPr>
        <w:t>[Job title]</w:t>
      </w:r>
      <w:r>
        <w:t xml:space="preserve"> — [Company name],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– Present</w:t>
      </w:r>
    </w:p>
    <w:p>
      <w:pPr>
        <w:pStyle w:val="ListBullet"/>
        <w:spacing w:after="40"/>
      </w:pPr>
      <w:r>
        <w:t>[Achievement with a number: what you did, for whom, and the result.]</w:t>
      </w:r>
    </w:p>
    <w:p>
      <w:pPr>
        <w:pStyle w:val="ListBullet"/>
        <w:spacing w:after="40"/>
      </w:pPr>
      <w:r>
        <w:t>[Responsibility that matches the job you are applying for.]</w:t>
      </w:r>
    </w:p>
    <w:p>
      <w:pPr>
        <w:pStyle w:val="ListBullet"/>
        <w:spacing w:after="40"/>
      </w:pPr>
      <w:r>
        <w:t>[Tool, process or project you improved, with scale or time saved.]</w:t>
      </w:r>
    </w:p>
    <w:p>
      <w:pPr>
        <w:spacing w:after="20"/>
      </w:pPr>
      <w:r>
        <w:rPr>
          <w:b/>
        </w:rPr>
        <w:t>[Job title]</w:t>
      </w:r>
      <w:r>
        <w:t xml:space="preserve"> — [Company name],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– [Month Year]</w:t>
      </w:r>
    </w:p>
    <w:p>
      <w:pPr>
        <w:pStyle w:val="ListBullet"/>
        <w:spacing w:after="40"/>
      </w:pPr>
      <w:r>
        <w:t>[Achievement with a number: what you did, for whom, and the result.]</w:t>
      </w:r>
    </w:p>
    <w:p>
      <w:pPr>
        <w:pStyle w:val="ListBullet"/>
        <w:spacing w:after="40"/>
      </w:pPr>
      <w:r>
        <w:t>[Responsibility that matches the job you are applying for.]</w:t>
      </w:r>
    </w:p>
    <w:p>
      <w:pPr>
        <w:pStyle w:val="ListBullet"/>
        <w:spacing w:after="40"/>
      </w:pPr>
      <w:r>
        <w:t>[Tool, process or project you improved, with scale or time saved.]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[Project or role] — [one line on what you did and the outcome]</w:t>
      </w:r>
    </w:p>
    <w:p>
      <w:pPr>
        <w:pStyle w:val="ListBullet"/>
        <w:spacing w:after="40"/>
      </w:pPr>
      <w:r>
        <w:t>[Project or role] — [one line on what you did and the outcome]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[Degree or qualification]</w:t>
      </w:r>
      <w:r>
        <w:t xml:space="preserve"> — [University or institution], [City]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[Month Year] · [Grade or classification, if strong]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</w:t>
      </w:r>
    </w:p>
    <w:p>
      <w:pPr>
        <w:pStyle w:val="ListBullet"/>
        <w:spacing w:after="40"/>
      </w:pPr>
      <w:r>
        <w:t>[Certification or licence], [Issuing body], [Number or date if relevant]</w:t>
      </w:r>
    </w:p>
    <w:p>
      <w:pPr>
        <w:pStyle w:val="ListBullet"/>
        <w:spacing w:after="40"/>
      </w:pPr>
      <w:r>
        <w:t>[Certification or training], [Issuing body]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 AND ADDITIONAL INFORMATION</w:t>
      </w:r>
    </w:p>
    <w:p>
      <w:r>
        <w:rPr>
          <w:b w:val="0"/>
          <w:i w:val="0"/>
        </w:rPr>
        <w:t>[Language] — [level, e.g. fluent / professional / basic]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India resume template (A4) from digitalcvmaker.com/resume-format/in — replace everything in [brackets].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India Resume template</dc:title>
  <dc:subject>India resume format</dc:subject>
  <dc:creator>digitalcvmaker.com</dc:creator>
  <cp:keywords>template, India resume format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