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Please consider my application for the [Role] opening at [Company name]. I have five years of experience in customer operations, most recently leading a team of twelve support executives, and I believe my background fits the requirements you have described.</w:t>
      </w:r>
    </w:p>
    <w:p>
      <w:pPr>
        <w:spacing w:after="160"/>
      </w:pPr>
      <w:r>
        <w:rPr>
          <w:b w:val="0"/>
          <w:i w:val="0"/>
        </w:rPr>
        <w:t>In my current role, I introduced a ticket-tagging system that reduced average resolution time by 25% within two quarters. I also trained new joiners on our CRM and quality checklists, which helped our team keep customer satisfaction scores above target for four consecutive quarters. I work comfortably with product and finance teams, and I am used to preparing weekly performance reports for senior management.</w:t>
      </w:r>
    </w:p>
    <w:p>
      <w:pPr>
        <w:spacing w:after="160"/>
      </w:pPr>
      <w:r>
        <w:rPr>
          <w:b w:val="0"/>
          <w:i w:val="0"/>
        </w:rPr>
        <w:t>What draws me to [Company name] is your focus on expanding service to smaller cities, where clear communication and quick resolution make a real difference. I would welcome the chance to bring the same process discipline to your support function.</w:t>
      </w:r>
    </w:p>
    <w:p>
      <w:pPr>
        <w:spacing w:after="160"/>
      </w:pPr>
      <w:r>
        <w:rPr>
          <w:b w:val="0"/>
          <w:i w:val="0"/>
        </w:rPr>
        <w:t>I am currently based in Hyderabad and am open to relocating. My notice period is 60 days, and it is negotiable. My resume is attached, and I am happy to speak on a call whenever convenient for you.</w:t>
      </w:r>
    </w:p>
    <w:p>
      <w:pPr>
        <w:spacing w:after="160"/>
      </w:pPr>
      <w:r>
        <w:rPr>
          <w:b w:val="0"/>
          <w:i w:val="0"/>
        </w:rPr>
        <w:t>Thank you for your time and consideration.</w:t>
      </w:r>
    </w:p>
    <w:p>
      <w:pPr>
        <w:spacing w:after="160"/>
      </w:pPr>
      <w:r>
        <w:rPr>
          <w:b w:val="0"/>
          <w:i w:val="0"/>
        </w:rPr>
        <w:t>Regards,</w:t>
        <w:br/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India cover letter template from digitalcvmaker.com/cover-letter-format/in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 cover letter template</dc:title>
  <dc:subject>India cover letter format</dc:subject>
  <dc:creator>digitalcvmaker.com</dc:creator>
  <cp:keywords>template, India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