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would like to apply for the [Role] position at [Company name], which I saw advertised on your website. I have spent the last five years in operations and customer support within the logistics sector, and I believe my experience of improving service processes would be useful to your team.</w:t>
      </w:r>
    </w:p>
    <w:p>
      <w:pPr>
        <w:spacing w:after="160"/>
      </w:pPr>
      <w:r>
        <w:rPr>
          <w:b w:val="0"/>
          <w:i w:val="0"/>
        </w:rPr>
        <w:t>In my current role I manage a team of six support agents handling queries from retail and business customers across Ireland and the UK. I reorganised our shift rota and ticket categories, which shortened response times and reduced the number of complaints escalated to senior staff. I also produce weekly performance reports for the operations manager and run induction training for new starters.</w:t>
      </w:r>
    </w:p>
    <w:p>
      <w:pPr>
        <w:spacing w:after="160"/>
      </w:pPr>
      <w:r>
        <w:rPr>
          <w:b w:val="0"/>
          <w:i w:val="0"/>
        </w:rPr>
        <w:t>I am keen to join [Company name] because of your reputation for customer care and your plans to expand your service centre. The advert mentions people management, reporting and a steady approach under pressure, and my CV sets out examples of each. I hold a Level 8 honours degree in business and a certificate in project management.</w:t>
      </w:r>
    </w:p>
    <w:p>
      <w:pPr>
        <w:spacing w:after="160"/>
      </w:pPr>
      <w:r>
        <w:rPr>
          <w:b w:val="0"/>
          <w:i w:val="0"/>
        </w:rPr>
        <w:t>I hold Stamp 4 permission, so no employment permit would be needed, and my notice period is one month. I would welcome the chance to discuss the role with you and can attend an interview in person or online.</w:t>
      </w:r>
    </w:p>
    <w:p>
      <w:pPr>
        <w:spacing w:after="160"/>
      </w:pPr>
      <w:r>
        <w:rPr>
          <w:b w:val="0"/>
          <w:i w:val="0"/>
        </w:rPr>
        <w:t>Thank you for your time and consideration.</w:t>
      </w:r>
    </w:p>
    <w:p>
      <w:pPr>
        <w:spacing w:after="160"/>
      </w:pPr>
      <w:r>
        <w:rPr>
          <w:b w:val="0"/>
          <w:i w:val="0"/>
        </w:rPr>
        <w:t>Yours 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Ireland cover letter template from digitalcvmaker.com/cover-letter-format/ie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Ireland cover letter template</dc:title>
  <dc:subject>Ireland cover letter format</dc:subject>
  <dc:creator>digitalcvmaker.com</dc:creator>
  <cp:keywords>template, Ireland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