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[Your Name]</w:t>
      </w:r>
    </w:p>
    <w:p>
      <w:pPr>
        <w:spacing w:after="40"/>
      </w:pPr>
      <w:r>
        <w:rPr>
          <w:b w:val="0"/>
          <w:i w:val="0"/>
          <w:color w:val="4B2ED6"/>
          <w:sz w:val="23"/>
        </w:rPr>
        <w:t>[Target job title]</w:t>
      </w:r>
    </w:p>
    <w:p>
      <w:pPr>
        <w:spacing w:after="120"/>
      </w:pPr>
      <w:r>
        <w:rPr>
          <w:b w:val="0"/>
          <w:i w:val="0"/>
          <w:color w:val="5B5F8A"/>
          <w:sz w:val="19"/>
        </w:rPr>
        <w:t>[City], [Country] · [Phone] · [Email] · [LinkedIn or website URL]</w:t>
      </w:r>
    </w:p>
    <w:p>
      <w:pPr>
        <w:spacing w:after="80" w:before="220"/>
        <w:pBdr>
          <w:bottom w:val="single" w:sz="6" w:space="2" w:color="4B2ED6"/>
        </w:pBdr>
      </w:pPr>
      <w:r>
        <w:rPr>
          <w:b/>
          <w:i w:val="0"/>
          <w:color w:val="4B2ED6"/>
          <w:sz w:val="21"/>
        </w:rPr>
        <w:t>SHORT PROFILE (OPTIONAL)</w:t>
      </w:r>
    </w:p>
    <w:p>
      <w:r>
        <w:rPr>
          <w:b w:val="0"/>
          <w:i w:val="0"/>
        </w:rPr>
        <w:t>Financial analyst with five years’ experience in corporate finance and management reporting for industrial groups. Prepares monthly forecasts, builds models in Excel and Power BI, and presents results to operational managers. Master’s degree in finance (Bac+5 equivalent). English C2, French C1, Spanish B2. EU citizen, available to relocate to Lyon.</w:t>
      </w:r>
    </w:p>
    <w:p>
      <w:r>
        <w:rPr>
          <w:b w:val="0"/>
          <w:i/>
          <w:color w:val="5B5F8A"/>
          <w:sz w:val="17"/>
        </w:rPr>
        <w:t>Example text — rewrite it for your own role and results.</w:t>
      </w:r>
    </w:p>
    <w:p>
      <w:pPr>
        <w:spacing w:after="80" w:before="220"/>
        <w:pBdr>
          <w:bottom w:val="single" w:sz="6" w:space="2" w:color="4B2ED6"/>
        </w:pBdr>
      </w:pPr>
      <w:r>
        <w:rPr>
          <w:b/>
          <w:i w:val="0"/>
          <w:color w:val="4B2ED6"/>
          <w:sz w:val="21"/>
        </w:rPr>
        <w:t>PROFESSIONAL EXPERIENCE</w:t>
      </w:r>
    </w:p>
    <w:p>
      <w:pPr>
        <w:spacing w:after="20"/>
      </w:pPr>
      <w:r>
        <w:rPr>
          <w:b/>
        </w:rPr>
        <w:t>[Job title]</w:t>
      </w:r>
      <w:r>
        <w:t xml:space="preserve"> — [Company name], [City]</w:t>
      </w:r>
    </w:p>
    <w:p>
      <w:pPr>
        <w:spacing w:after="120"/>
      </w:pPr>
      <w:r>
        <w:rPr>
          <w:b w:val="0"/>
          <w:i w:val="0"/>
          <w:color w:val="5B5F8A"/>
          <w:sz w:val="19"/>
        </w:rPr>
        <w:t>[Month Year] – Present</w:t>
      </w:r>
    </w:p>
    <w:p>
      <w:pPr>
        <w:pStyle w:val="ListBullet"/>
        <w:spacing w:after="40"/>
      </w:pPr>
      <w:r>
        <w:t>[Achievement with a number: what you did, for whom, and the result.]</w:t>
      </w:r>
    </w:p>
    <w:p>
      <w:pPr>
        <w:pStyle w:val="ListBullet"/>
        <w:spacing w:after="40"/>
      </w:pPr>
      <w:r>
        <w:t>[Responsibility that matches the job you are applying for.]</w:t>
      </w:r>
    </w:p>
    <w:p>
      <w:pPr>
        <w:pStyle w:val="ListBullet"/>
        <w:spacing w:after="40"/>
      </w:pPr>
      <w:r>
        <w:t>[Tool, process or project you improved, with scale or time saved.]</w:t>
      </w:r>
    </w:p>
    <w:p>
      <w:pPr>
        <w:spacing w:after="20"/>
      </w:pPr>
      <w:r>
        <w:rPr>
          <w:b/>
        </w:rPr>
        <w:t>[Job title]</w:t>
      </w:r>
      <w:r>
        <w:t xml:space="preserve"> — [Company name], [City]</w:t>
      </w:r>
    </w:p>
    <w:p>
      <w:pPr>
        <w:spacing w:after="120"/>
      </w:pPr>
      <w:r>
        <w:rPr>
          <w:b w:val="0"/>
          <w:i w:val="0"/>
          <w:color w:val="5B5F8A"/>
          <w:sz w:val="19"/>
        </w:rPr>
        <w:t>[Month Year] – [Month Year]</w:t>
      </w:r>
    </w:p>
    <w:p>
      <w:pPr>
        <w:pStyle w:val="ListBullet"/>
        <w:spacing w:after="40"/>
      </w:pPr>
      <w:r>
        <w:t>[Achievement with a number: what you did, for whom, and the result.]</w:t>
      </w:r>
    </w:p>
    <w:p>
      <w:pPr>
        <w:pStyle w:val="ListBullet"/>
        <w:spacing w:after="40"/>
      </w:pPr>
      <w:r>
        <w:t>[Responsibility that matches the job you are applying for.]</w:t>
      </w:r>
    </w:p>
    <w:p>
      <w:pPr>
        <w:pStyle w:val="ListBullet"/>
        <w:spacing w:after="40"/>
      </w:pPr>
      <w:r>
        <w:t>[Tool, process or project you improved, with scale or time saved.]</w:t>
      </w:r>
    </w:p>
    <w:p>
      <w:pPr>
        <w:spacing w:after="80" w:before="220"/>
        <w:pBdr>
          <w:bottom w:val="single" w:sz="6" w:space="2" w:color="4B2ED6"/>
        </w:pBdr>
      </w:pPr>
      <w:r>
        <w:rPr>
          <w:b/>
          <w:i w:val="0"/>
          <w:color w:val="4B2ED6"/>
          <w:sz w:val="21"/>
        </w:rPr>
        <w:t>EDUCATION WITH DEGREE LEVEL</w:t>
      </w:r>
    </w:p>
    <w:p>
      <w:pPr>
        <w:spacing w:after="20"/>
      </w:pPr>
      <w:r>
        <w:rPr>
          <w:b/>
        </w:rPr>
        <w:t>[Degree or qualification]</w:t>
      </w:r>
      <w:r>
        <w:t xml:space="preserve"> — [University or institution], [City]</w:t>
      </w:r>
    </w:p>
    <w:p>
      <w:pPr>
        <w:spacing w:after="120"/>
      </w:pPr>
      <w:r>
        <w:rPr>
          <w:b w:val="0"/>
          <w:i w:val="0"/>
          <w:color w:val="5B5F8A"/>
          <w:sz w:val="19"/>
        </w:rPr>
        <w:t>[Month Year] · [Grade or classification, if strong]</w:t>
      </w:r>
    </w:p>
    <w:p>
      <w:pPr>
        <w:spacing w:after="80" w:before="220"/>
        <w:pBdr>
          <w:bottom w:val="single" w:sz="6" w:space="2" w:color="4B2ED6"/>
        </w:pBdr>
      </w:pPr>
      <w:r>
        <w:rPr>
          <w:b/>
          <w:i w:val="0"/>
          <w:color w:val="4B2ED6"/>
          <w:sz w:val="21"/>
        </w:rPr>
        <w:t>SKILLS (TECHNICAL AND TRANSFERABLE)</w:t>
      </w:r>
    </w:p>
    <w:p>
      <w:r>
        <w:rPr>
          <w:b w:val="0"/>
          <w:i w:val="0"/>
        </w:rPr>
        <w:t>[Skill] · [Skill] · [Skill] · [Tool or software] · [Tool or software] · [Method]</w:t>
      </w:r>
    </w:p>
    <w:p>
      <w:pPr>
        <w:spacing w:after="80" w:before="220"/>
        <w:pBdr>
          <w:bottom w:val="single" w:sz="6" w:space="2" w:color="4B2ED6"/>
        </w:pBdr>
      </w:pPr>
      <w:r>
        <w:rPr>
          <w:b/>
          <w:i w:val="0"/>
          <w:color w:val="4B2ED6"/>
          <w:sz w:val="21"/>
        </w:rPr>
        <w:t>LANGUAGES WITH CEFR LEVELS</w:t>
      </w:r>
    </w:p>
    <w:p>
      <w:r>
        <w:rPr>
          <w:b w:val="0"/>
          <w:i w:val="0"/>
        </w:rPr>
        <w:t>[Language] — [level, e.g. fluent / professional / basic]</w:t>
      </w:r>
    </w:p>
    <w:p>
      <w:pPr>
        <w:spacing w:after="80" w:before="220"/>
        <w:pBdr>
          <w:bottom w:val="single" w:sz="6" w:space="2" w:color="4B2ED6"/>
        </w:pBdr>
      </w:pPr>
      <w:r>
        <w:rPr>
          <w:b/>
          <w:i w:val="0"/>
          <w:color w:val="4B2ED6"/>
          <w:sz w:val="21"/>
        </w:rPr>
        <w:t>INTERESTS AND ACTIVITIES</w:t>
      </w:r>
    </w:p>
    <w:p>
      <w:r>
        <w:rPr>
          <w:b w:val="0"/>
          <w:i w:val="0"/>
        </w:rPr>
        <w:t>[Interests and activities: add the details employers in France expect here.]</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France CV template (A4) from digitalcvmaker.com/resume-format/fr — replace everything in [brackets].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France CV template</dc:title>
  <dc:subject>France CV format</dc:subject>
  <dc:creator>digitalcvmaker.com</dc:creator>
  <cp:keywords>template, France CV format</cp:keywords>
  <dc:description>generated by python-docx</dc:description>
  <cp:lastModifiedBy/>
  <cp:revision>1</cp:revision>
  <dcterms:created xsi:type="dcterms:W3CDTF">2013-12-23T23:15:00Z</dcterms:created>
  <dcterms:modified xsi:type="dcterms:W3CDTF">2013-12-23T23:15:00Z</dcterms:modified>
  <cp:category/>
</cp:coreProperties>
</file>