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 · [Phone] · [Email] · [LinkedIn or website URL]</w:t>
      </w:r>
    </w:p>
    <w:p>
      <w:pPr>
        <w:spacing w:after="160"/>
      </w:pPr>
      <w:r>
        <w:rPr>
          <w:b w:val="0"/>
          <w:i w:val="0"/>
        </w:rPr>
        <w:t>[Date]</w:t>
      </w:r>
    </w:p>
    <w:p>
      <w:pPr>
        <w:spacing w:after="200"/>
      </w:pPr>
      <w:r>
        <w:rPr>
          <w:b w:val="0"/>
          <w:i w:val="0"/>
        </w:rPr>
        <w:t>[Hiring manager's name]</w:t>
        <w:br/>
        <w:t>[Job title]</w:t>
        <w:br/>
        <w:t>[Company name]</w:t>
        <w:br/>
        <w:t>[Address, if sending a formal letter]</w:t>
      </w:r>
    </w:p>
    <w:p>
      <w:pPr>
        <w:spacing w:after="160"/>
      </w:pPr>
      <w:r>
        <w:rPr>
          <w:b w:val="0"/>
          <w:i w:val="0"/>
        </w:rPr>
        <w:t>Dear [Hiring manager's name],</w:t>
      </w:r>
    </w:p>
    <w:p>
      <w:pPr>
        <w:spacing w:after="160"/>
      </w:pPr>
      <w:r>
        <w:rPr>
          <w:b w:val="0"/>
          <w:i w:val="0"/>
        </w:rPr>
        <w:t>Your company's work on energy-efficient buildings, and in particular the renovation programmes you run with local authorities, is the reason I am applying for the position of [Role] at [Company name]. Projects that combine technical quality with public impact are exactly where I want to develop my career.</w:t>
      </w:r>
    </w:p>
    <w:p>
      <w:pPr>
        <w:spacing w:after="160"/>
      </w:pPr>
      <w:r>
        <w:rPr>
          <w:b w:val="0"/>
          <w:i w:val="0"/>
        </w:rPr>
        <w:t>I hold a master's degree in civil engineering, equivalent to a French Bac+5, and have spent four years as a site engineer on residential and public projects. I coordinated subcontractors on a school renovation, kept the schedule on track through a difficult winter and introduced a weekly reporting sheet that the whole site team adopted. I am comfortable with building information modelling tools and with presenting progress to clients.</w:t>
      </w:r>
    </w:p>
    <w:p>
      <w:pPr>
        <w:spacing w:after="160"/>
      </w:pPr>
      <w:r>
        <w:rPr>
          <w:b w:val="0"/>
          <w:i w:val="0"/>
        </w:rPr>
        <w:t>Joining [Company name] would allow me to apply this experience to larger renovation projects while learning from your teams' expertise in thermal performance. I am moving to France for family reasons, hold an EU passport and currently speak French at B2 level, which I am improving through an intensive course.</w:t>
      </w:r>
    </w:p>
    <w:p>
      <w:pPr>
        <w:spacing w:after="160"/>
      </w:pPr>
      <w:r>
        <w:rPr>
          <w:b w:val="0"/>
          <w:i w:val="0"/>
        </w:rPr>
        <w:t>I would welcome the opportunity to discuss my application with you in an interview. My CV is attached.</w:t>
      </w:r>
    </w:p>
    <w:p>
      <w:pPr>
        <w:spacing w:after="160"/>
      </w:pPr>
      <w:r>
        <w:rPr>
          <w:b w:val="0"/>
          <w:i w:val="0"/>
        </w:rPr>
        <w:t>Yours sincerely,</w:t>
      </w:r>
    </w:p>
    <w:p>
      <w:pPr>
        <w:spacing w:after="160"/>
      </w:pPr>
      <w:r>
        <w:rPr>
          <w:b w:val="0"/>
          <w:i w:val="0"/>
        </w:rPr>
        <w:t>[Your name]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France cover letter template from digitalcvmaker.com/cover-letter-format/fr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France cover letter template</dc:title>
  <dc:subject>France cover letter format</dc:subject>
  <dc:creator>digitalcvmaker.com</dc:creator>
  <cp:keywords>template, France cover letter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