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819"/>
        <w:gridCol w:w="4819"/>
      </w:tblGrid>
      <w:tr>
        <w:tc>
          <w:tcPr>
            <w:tcW w:type="dxa" w:w="7654"/>
          </w:tcPr>
          <w:p>
            <w:r>
              <w:rPr>
                <w:b/>
                <w:sz w:val="44"/>
              </w:rPr>
              <w:t>[Your Name]</w:t>
            </w:r>
          </w:p>
          <w:p>
            <w:r>
              <w:rPr>
                <w:color w:val="4B2ED6"/>
              </w:rPr>
              <w:t>[Target job title]</w:t>
            </w:r>
          </w:p>
          <w:p>
            <w:r>
              <w:rPr>
                <w:sz w:val="19"/>
              </w:rPr>
              <w:t>[City], [Country] · [Phone] · [Email] · [LinkedIn or website URL]</w:t>
            </w:r>
          </w:p>
        </w:tc>
        <w:tc>
          <w:tcPr>
            <w:tcW w:type="dxa" w:w="1984"/>
          </w:tcPr>
          <w:p>
            <w:pPr>
              <w:jc w:val="center"/>
            </w:pPr>
            <w:r>
              <w:rPr>
                <w:color w:val="5B5F8A"/>
              </w:rPr>
              <w:br/>
              <w:br/>
              <w:t>[Photo]</w:t>
              <w:br/>
              <w:br/>
            </w:r>
          </w:p>
        </w:tc>
      </w:tr>
    </w:tbl>
    <w:p>
      <w:pPr>
        <w:spacing w:after="80" w:before="220"/>
        <w:pBdr>
          <w:bottom w:val="single" w:sz="6" w:space="2" w:color="4B2ED6"/>
        </w:pBdr>
      </w:pPr>
      <w:r>
        <w:rPr>
          <w:b/>
          <w:i w:val="0"/>
          <w:color w:val="4B2ED6"/>
          <w:sz w:val="21"/>
        </w:rPr>
        <w:t>PERSONAL DETAILS AND CONTACT INFORMATION</w:t>
      </w:r>
    </w:p>
    <w:p>
      <w:r>
        <w:rPr>
          <w:b w:val="0"/>
          <w:i w:val="0"/>
        </w:rPr>
        <w:t>[Nationality] · [Visa or work permit status] · [Current location] · [Notice period]</w:t>
      </w:r>
    </w:p>
    <w:p>
      <w:pPr>
        <w:spacing w:after="80" w:before="220"/>
        <w:pBdr>
          <w:bottom w:val="single" w:sz="6" w:space="2" w:color="4B2ED6"/>
        </w:pBdr>
      </w:pPr>
      <w:r>
        <w:rPr>
          <w:b/>
          <w:i w:val="0"/>
          <w:color w:val="4B2ED6"/>
          <w:sz w:val="21"/>
        </w:rPr>
        <w:t>PROFESSIONAL PROFILE</w:t>
      </w:r>
    </w:p>
    <w:p>
      <w:r>
        <w:rPr>
          <w:b w:val="0"/>
          <w:i w:val="0"/>
        </w:rPr>
        <w:t>Marketing coordinator with four years’ experience in digital campaigns for consumer brands, covering paid social, email and content planning. Coordinated launches with agencies and sales teams and improved reporting through shared dashboards. Bachelor’s degree in business administration. English C2, Spanish C1, French B1. EU citizen based in Valencia and open to relocating to Madrid.</w:t>
      </w:r>
    </w:p>
    <w:p>
      <w:r>
        <w:rPr>
          <w:b w:val="0"/>
          <w:i/>
          <w:color w:val="5B5F8A"/>
          <w:sz w:val="17"/>
        </w:rPr>
        <w:t>Example text — rewrite it for your own role and results.</w:t>
      </w:r>
    </w:p>
    <w:p>
      <w:pPr>
        <w:spacing w:after="80" w:before="220"/>
        <w:pBdr>
          <w:bottom w:val="single" w:sz="6" w:space="2" w:color="4B2ED6"/>
        </w:pBdr>
      </w:pPr>
      <w:r>
        <w:rPr>
          <w:b/>
          <w:i w:val="0"/>
          <w:color w:val="4B2ED6"/>
          <w:sz w:val="21"/>
        </w:rPr>
        <w:t>WORK EXPERIENCE</w:t>
      </w:r>
    </w:p>
    <w:p>
      <w:pPr>
        <w:spacing w:after="20"/>
      </w:pPr>
      <w:r>
        <w:rPr>
          <w:b/>
        </w:rPr>
        <w:t>[Job title]</w:t>
      </w:r>
      <w:r>
        <w:t xml:space="preserve"> — [Company name], [City]</w:t>
      </w:r>
    </w:p>
    <w:p>
      <w:pPr>
        <w:spacing w:after="120"/>
      </w:pPr>
      <w:r>
        <w:rPr>
          <w:b w:val="0"/>
          <w:i w:val="0"/>
          <w:color w:val="5B5F8A"/>
          <w:sz w:val="19"/>
        </w:rPr>
        <w:t>[Month Year] – Present</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20"/>
      </w:pPr>
      <w:r>
        <w:rPr>
          <w:b/>
        </w:rPr>
        <w:t>[Job title]</w:t>
      </w:r>
      <w:r>
        <w:t xml:space="preserve"> — [Company name], [City]</w:t>
      </w:r>
    </w:p>
    <w:p>
      <w:pPr>
        <w:spacing w:after="120"/>
      </w:pPr>
      <w:r>
        <w:rPr>
          <w:b w:val="0"/>
          <w:i w:val="0"/>
          <w:color w:val="5B5F8A"/>
          <w:sz w:val="19"/>
        </w:rPr>
        <w:t>[Month Year] – [Month Year]</w:t>
      </w:r>
    </w:p>
    <w:p>
      <w:pPr>
        <w:pStyle w:val="ListBullet"/>
        <w:spacing w:after="40"/>
      </w:pPr>
      <w:r>
        <w:t>[Achievement with a number: what you did, for whom, and the result.]</w:t>
      </w:r>
    </w:p>
    <w:p>
      <w:pPr>
        <w:pStyle w:val="ListBullet"/>
        <w:spacing w:after="40"/>
      </w:pPr>
      <w:r>
        <w:t>[Responsibility that matches the job you are applying for.]</w:t>
      </w:r>
    </w:p>
    <w:p>
      <w:pPr>
        <w:pStyle w:val="ListBullet"/>
        <w:spacing w:after="40"/>
      </w:pPr>
      <w:r>
        <w:t>[Tool, process or project you improved, with scale or time saved.]</w:t>
      </w:r>
    </w:p>
    <w:p>
      <w:pPr>
        <w:spacing w:after="80" w:before="220"/>
        <w:pBdr>
          <w:bottom w:val="single" w:sz="6" w:space="2" w:color="4B2ED6"/>
        </w:pBdr>
      </w:pPr>
      <w:r>
        <w:rPr>
          <w:b/>
          <w:i w:val="0"/>
          <w:color w:val="4B2ED6"/>
          <w:sz w:val="21"/>
        </w:rPr>
        <w:t>EDUCATION</w:t>
      </w:r>
    </w:p>
    <w:p>
      <w:pPr>
        <w:spacing w:after="20"/>
      </w:pPr>
      <w:r>
        <w:rPr>
          <w:b/>
        </w:rPr>
        <w:t>[Degree or qualification]</w:t>
      </w:r>
      <w:r>
        <w:t xml:space="preserve"> — [University or institution], [City]</w:t>
      </w:r>
    </w:p>
    <w:p>
      <w:pPr>
        <w:spacing w:after="120"/>
      </w:pPr>
      <w:r>
        <w:rPr>
          <w:b w:val="0"/>
          <w:i w:val="0"/>
          <w:color w:val="5B5F8A"/>
          <w:sz w:val="19"/>
        </w:rPr>
        <w:t>[Month Year] · [Grade or classification, if strong]</w:t>
      </w:r>
    </w:p>
    <w:p>
      <w:pPr>
        <w:spacing w:after="80" w:before="220"/>
        <w:pBdr>
          <w:bottom w:val="single" w:sz="6" w:space="2" w:color="4B2ED6"/>
        </w:pBdr>
      </w:pPr>
      <w:r>
        <w:rPr>
          <w:b/>
          <w:i w:val="0"/>
          <w:color w:val="4B2ED6"/>
          <w:sz w:val="21"/>
        </w:rPr>
        <w:t>LANGUAGES WITH CEFR LEVELS</w:t>
      </w:r>
    </w:p>
    <w:p>
      <w:r>
        <w:rPr>
          <w:b w:val="0"/>
          <w:i w:val="0"/>
        </w:rPr>
        <w:t>[Language] — [level, e.g. fluent / professional / basic]</w:t>
      </w:r>
    </w:p>
    <w:p>
      <w:pPr>
        <w:spacing w:after="80" w:before="220"/>
        <w:pBdr>
          <w:bottom w:val="single" w:sz="6" w:space="2" w:color="4B2ED6"/>
        </w:pBdr>
      </w:pPr>
      <w:r>
        <w:rPr>
          <w:b/>
          <w:i w:val="0"/>
          <w:color w:val="4B2ED6"/>
          <w:sz w:val="21"/>
        </w:rPr>
        <w:t>COMPUTER SKILLS AND TOOLS</w:t>
      </w:r>
    </w:p>
    <w:p>
      <w:r>
        <w:rPr>
          <w:b w:val="0"/>
          <w:i w:val="0"/>
        </w:rPr>
        <w:t>[Skill] · [Skill] · [Skill] · [Tool or software] · [Tool or software] · [Method]</w:t>
      </w:r>
    </w:p>
    <w:p>
      <w:pPr>
        <w:spacing w:after="80" w:before="220"/>
        <w:pBdr>
          <w:bottom w:val="single" w:sz="6" w:space="2" w:color="4B2ED6"/>
        </w:pBdr>
      </w:pPr>
      <w:r>
        <w:rPr>
          <w:b/>
          <w:i w:val="0"/>
          <w:color w:val="4B2ED6"/>
          <w:sz w:val="21"/>
        </w:rPr>
        <w:t>COURSES AND CERTIFICATIONS</w:t>
      </w:r>
    </w:p>
    <w:p>
      <w:pPr>
        <w:pStyle w:val="ListBullet"/>
        <w:spacing w:after="40"/>
      </w:pPr>
      <w:r>
        <w:t>[Certification or licence], [Issuing body], [Number or date if relevant]</w:t>
      </w:r>
    </w:p>
    <w:p>
      <w:pPr>
        <w:pStyle w:val="ListBullet"/>
        <w:spacing w:after="40"/>
      </w:pPr>
      <w:r>
        <w:t>[Certification or training], [Issuing body]</w:t>
      </w:r>
    </w:p>
    <w:p>
      <w:pPr>
        <w:spacing w:after="80" w:before="220"/>
        <w:pBdr>
          <w:bottom w:val="single" w:sz="6" w:space="2" w:color="4B2ED6"/>
        </w:pBdr>
      </w:pPr>
      <w:r>
        <w:rPr>
          <w:b/>
          <w:i w:val="0"/>
          <w:color w:val="4B2ED6"/>
          <w:sz w:val="21"/>
        </w:rPr>
        <w:t>ADDITIONAL INFORMATION (AVAILABILITY, MOBILITY)</w:t>
      </w:r>
    </w:p>
    <w:p>
      <w:r>
        <w:rPr>
          <w:b w:val="0"/>
          <w:i w:val="0"/>
        </w:rPr>
        <w:t>[Additional information (availability, mobility): add the details employers in Spain expect here.]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Spain CV template (A4) from digitalcvmaker.com/resume-format/es — replace everything in [brackets].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CV template</dc:title>
  <dc:subject>Spain CV format</dc:subject>
  <dc:creator>digitalcvmaker.com</dc:creator>
  <cp:keywords>template, Spain CV format</cp:keywords>
  <dc:description>generated by python-docx</dc:description>
  <cp:lastModifiedBy/>
  <cp:revision>1</cp:revision>
  <dcterms:created xsi:type="dcterms:W3CDTF">2013-12-23T23:15:00Z</dcterms:created>
  <dcterms:modified xsi:type="dcterms:W3CDTF">2013-12-23T23:15:00Z</dcterms:modified>
  <cp:category/>
</cp:coreProperties>
</file>