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position of [Role] at [Company name], which I saw advertised on your website. I have four years' experience in customer success for software companies and I would like to bring that experience to your team in Barcelona.</w:t>
      </w:r>
    </w:p>
    <w:p>
      <w:pPr>
        <w:spacing w:after="160"/>
      </w:pPr>
      <w:r>
        <w:rPr>
          <w:b w:val="0"/>
          <w:i w:val="0"/>
        </w:rPr>
        <w:t>In my current role I look after a portfolio of business clients across Europe, from onboarding to renewal. I introduced a structured onboarding plan that helped new clients start using the product sooner, and I work closely with the product team to pass on feedback from customers. Your advert mentions experience with international accounts and clear written communication, and both are a daily part of my work.</w:t>
      </w:r>
    </w:p>
    <w:p>
      <w:pPr>
        <w:spacing w:after="160"/>
      </w:pPr>
      <w:r>
        <w:rPr>
          <w:b w:val="0"/>
          <w:i w:val="0"/>
        </w:rPr>
        <w:t>I am particularly interested in [Company name] because of your focus on small businesses, a market I know well from my previous job. I am moving to Spain to join my partner, I hold an EU passport and my Spanish is at B2 level, which I continue to improve with weekly classes.</w:t>
      </w:r>
    </w:p>
    <w:p>
      <w:pPr>
        <w:spacing w:after="160"/>
      </w:pPr>
      <w:r>
        <w:rPr>
          <w:b w:val="0"/>
          <w:i w:val="0"/>
        </w:rPr>
        <w:t>I could start after a one-month notice period and I am available for interviews online or in person. My CV is attached as a PDF. Thank you for considering my application, and I look forward to hearing from you.</w:t>
      </w:r>
    </w:p>
    <w:p>
      <w:pPr>
        <w:spacing w:after="160"/>
      </w:pPr>
      <w:r>
        <w:rPr>
          <w:b w:val="0"/>
          <w:i w:val="0"/>
        </w:rPr>
        <w:t>Kind regards,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Spain cover letter template from digitalcvmaker.com/cover-letter-format/es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Spain cover letter template</dc:title>
  <dc:subject>Spain cover letter format</dc:subject>
  <dc:creator>digitalcvmaker.com</dc:creator>
  <cp:keywords>template, Spain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