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[Your Name]</w:t>
      </w:r>
    </w:p>
    <w:p>
      <w:pPr>
        <w:spacing w:after="40"/>
      </w:pPr>
      <w:r>
        <w:rPr>
          <w:b w:val="0"/>
          <w:i w:val="0"/>
          <w:color w:val="4B2ED6"/>
          <w:sz w:val="23"/>
        </w:rPr>
        <w:t>[Target job title]</w:t>
      </w:r>
    </w:p>
    <w:p>
      <w:pPr>
        <w:spacing w:after="120"/>
      </w:pPr>
      <w:r>
        <w:rPr>
          <w:b w:val="0"/>
          <w:i w:val="0"/>
          <w:color w:val="5B5F8A"/>
          <w:sz w:val="19"/>
        </w:rPr>
        <w:t>[City], [Country] · [Phone] · [Email] · [LinkedIn or website URL]</w:t>
      </w:r>
    </w:p>
    <w:p>
      <w:pPr>
        <w:spacing w:after="80" w:before="220"/>
        <w:pBdr>
          <w:bottom w:val="single" w:sz="6" w:space="2" w:color="4B2ED6"/>
        </w:pBdr>
      </w:pPr>
      <w:r>
        <w:rPr>
          <w:b/>
          <w:i w:val="0"/>
          <w:color w:val="4B2ED6"/>
          <w:sz w:val="21"/>
        </w:rPr>
        <w:t>PERSONAL DETAILS AND CONTACT INFORMATION</w:t>
      </w:r>
    </w:p>
    <w:p>
      <w:r>
        <w:rPr>
          <w:b w:val="0"/>
          <w:i w:val="0"/>
        </w:rPr>
        <w:t>[Nationality] · [Visa or work permit status] · [Current location] · [Notice period]</w:t>
      </w:r>
    </w:p>
    <w:p>
      <w:pPr>
        <w:spacing w:after="80" w:before="220"/>
        <w:pBdr>
          <w:bottom w:val="single" w:sz="6" w:space="2" w:color="4B2ED6"/>
        </w:pBdr>
      </w:pPr>
      <w:r>
        <w:rPr>
          <w:b/>
          <w:i w:val="0"/>
          <w:color w:val="4B2ED6"/>
          <w:sz w:val="21"/>
        </w:rPr>
        <w:t>SHORT PROFILE (OPTIONAL)</w:t>
      </w:r>
    </w:p>
    <w:p>
      <w:r>
        <w:rPr>
          <w:b w:val="0"/>
          <w:i w:val="0"/>
        </w:rPr>
        <w:t>Data analyst with six years’ experience in e-commerce and logistics, specialising in SQL, Python and dashboard reporting for operations teams. Built forecasting models that improved stock planning and reduced manual reporting work. Master’s degree in statistics, recognised as equivalent to a German Master. English C2, German B2. EU citizen, available to start after a three-month notice period.</w:t>
      </w:r>
    </w:p>
    <w:p>
      <w:r>
        <w:rPr>
          <w:b w:val="0"/>
          <w:i/>
          <w:color w:val="5B5F8A"/>
          <w:sz w:val="17"/>
        </w:rPr>
        <w:t>Example text — rewrite it for your own role and results.</w:t>
      </w:r>
    </w:p>
    <w:p>
      <w:pPr>
        <w:spacing w:after="80" w:before="220"/>
        <w:pBdr>
          <w:bottom w:val="single" w:sz="6" w:space="2" w:color="4B2ED6"/>
        </w:pBdr>
      </w:pPr>
      <w:r>
        <w:rPr>
          <w:b/>
          <w:i w:val="0"/>
          <w:color w:val="4B2ED6"/>
          <w:sz w:val="21"/>
        </w:rPr>
        <w:t>PROFESSIONAL EXPERIENCE</w:t>
      </w:r>
    </w:p>
    <w:p>
      <w:pPr>
        <w:spacing w:after="20"/>
      </w:pPr>
      <w:r>
        <w:rPr>
          <w:b/>
        </w:rPr>
        <w:t>[Job title]</w:t>
      </w:r>
      <w:r>
        <w:t xml:space="preserve"> — [Company name], [City]</w:t>
      </w:r>
    </w:p>
    <w:p>
      <w:pPr>
        <w:spacing w:after="120"/>
      </w:pPr>
      <w:r>
        <w:rPr>
          <w:b w:val="0"/>
          <w:i w:val="0"/>
          <w:color w:val="5B5F8A"/>
          <w:sz w:val="19"/>
        </w:rPr>
        <w:t>[MM/YYYY] – Present</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20"/>
      </w:pPr>
      <w:r>
        <w:rPr>
          <w:b/>
        </w:rPr>
        <w:t>[Job title]</w:t>
      </w:r>
      <w:r>
        <w:t xml:space="preserve"> — [Company name], [City]</w:t>
      </w:r>
    </w:p>
    <w:p>
      <w:pPr>
        <w:spacing w:after="120"/>
      </w:pPr>
      <w:r>
        <w:rPr>
          <w:b w:val="0"/>
          <w:i w:val="0"/>
          <w:color w:val="5B5F8A"/>
          <w:sz w:val="19"/>
        </w:rPr>
        <w:t>[Month Year] – [Month Year]</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80" w:before="220"/>
        <w:pBdr>
          <w:bottom w:val="single" w:sz="6" w:space="2" w:color="4B2ED6"/>
        </w:pBdr>
      </w:pPr>
      <w:r>
        <w:rPr>
          <w:b/>
          <w:i w:val="0"/>
          <w:color w:val="4B2ED6"/>
          <w:sz w:val="21"/>
        </w:rPr>
        <w:t>EDUCATION</w:t>
      </w:r>
    </w:p>
    <w:p>
      <w:pPr>
        <w:spacing w:after="20"/>
      </w:pPr>
      <w:r>
        <w:rPr>
          <w:b/>
        </w:rPr>
        <w:t>[Degree or qualification]</w:t>
      </w:r>
      <w:r>
        <w:t xml:space="preserve"> — [University or institution], [City]</w:t>
      </w:r>
    </w:p>
    <w:p>
      <w:pPr>
        <w:spacing w:after="120"/>
      </w:pPr>
      <w:r>
        <w:rPr>
          <w:b w:val="0"/>
          <w:i w:val="0"/>
          <w:color w:val="5B5F8A"/>
          <w:sz w:val="19"/>
        </w:rPr>
        <w:t>[Month Year] · [Grade or classification, if strong]</w:t>
      </w:r>
    </w:p>
    <w:p>
      <w:pPr>
        <w:spacing w:after="80" w:before="220"/>
        <w:pBdr>
          <w:bottom w:val="single" w:sz="6" w:space="2" w:color="4B2ED6"/>
        </w:pBdr>
      </w:pPr>
      <w:r>
        <w:rPr>
          <w:b/>
          <w:i w:val="0"/>
          <w:color w:val="4B2ED6"/>
          <w:sz w:val="21"/>
        </w:rPr>
        <w:t>FURTHER TRAINING AND CERTIFICATIONS</w:t>
      </w:r>
    </w:p>
    <w:p>
      <w:pPr>
        <w:pStyle w:val="ListBullet"/>
        <w:spacing w:after="40"/>
      </w:pPr>
      <w:r>
        <w:t>[Certification or licence], [Issuing body], [Number or date if relevant]</w:t>
      </w:r>
    </w:p>
    <w:p>
      <w:pPr>
        <w:pStyle w:val="ListBullet"/>
        <w:spacing w:after="40"/>
      </w:pPr>
      <w:r>
        <w:t>[Certification or training], [Issuing body]</w:t>
      </w:r>
    </w:p>
    <w:p>
      <w:pPr>
        <w:spacing w:after="80" w:before="220"/>
        <w:pBdr>
          <w:bottom w:val="single" w:sz="6" w:space="2" w:color="4B2ED6"/>
        </w:pBdr>
      </w:pPr>
      <w:r>
        <w:rPr>
          <w:b/>
          <w:i w:val="0"/>
          <w:color w:val="4B2ED6"/>
          <w:sz w:val="21"/>
        </w:rPr>
        <w:t>LANGUAGE SKILLS WITH LEVELS</w:t>
      </w:r>
    </w:p>
    <w:p>
      <w:r>
        <w:rPr>
          <w:b w:val="0"/>
          <w:i w:val="0"/>
        </w:rPr>
        <w:t>[Skill] · [Skill] · [Skill] · [Tool or software] · [Tool or software] · [Method]</w:t>
      </w:r>
    </w:p>
    <w:p>
      <w:pPr>
        <w:spacing w:after="80" w:before="220"/>
        <w:pBdr>
          <w:bottom w:val="single" w:sz="6" w:space="2" w:color="4B2ED6"/>
        </w:pBdr>
      </w:pPr>
      <w:r>
        <w:rPr>
          <w:b/>
          <w:i w:val="0"/>
          <w:color w:val="4B2ED6"/>
          <w:sz w:val="21"/>
        </w:rPr>
        <w:t>IT AND TECHNICAL SKILLS</w:t>
      </w:r>
    </w:p>
    <w:p>
      <w:r>
        <w:rPr>
          <w:b w:val="0"/>
          <w:i w:val="0"/>
        </w:rPr>
        <w:t>[Skill] · [Skill] · [Skill] · [Tool or software] · [Tool or software] · [Method]</w:t>
      </w:r>
    </w:p>
    <w:p>
      <w:pPr>
        <w:spacing w:after="80" w:before="220"/>
        <w:pBdr>
          <w:bottom w:val="single" w:sz="6" w:space="2" w:color="4B2ED6"/>
        </w:pBdr>
      </w:pPr>
      <w:r>
        <w:rPr>
          <w:b/>
          <w:i w:val="0"/>
          <w:color w:val="4B2ED6"/>
          <w:sz w:val="21"/>
        </w:rPr>
        <w:t>INTERESTS AND VOLUNTARY WORK (OPTIONAL)</w:t>
      </w:r>
    </w:p>
    <w:p>
      <w:r>
        <w:rPr>
          <w:b w:val="0"/>
          <w:i w:val="0"/>
        </w:rPr>
        <w:t>[Interests and voluntary work (optional): add the details employers in Germany expect here.]</w:t>
      </w:r>
    </w:p>
    <w:p>
      <w:pPr>
        <w:spacing w:after="80" w:before="220"/>
        <w:pBdr>
          <w:bottom w:val="single" w:sz="6" w:space="2" w:color="4B2ED6"/>
        </w:pBdr>
      </w:pPr>
      <w:r>
        <w:rPr>
          <w:b/>
          <w:i w:val="0"/>
          <w:color w:val="4B2ED6"/>
          <w:sz w:val="21"/>
        </w:rPr>
        <w:t>PLACE, DATE AND SIGNATURE (OPTIONAL)</w:t>
      </w:r>
    </w:p>
    <w:p>
      <w:r>
        <w:rPr>
          <w:b w:val="0"/>
          <w:i w:val="0"/>
        </w:rPr>
        <w:t>[Place, date and signature (optional): add the details employers in Germany expect here.]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Germany CV template (A4) from digitalcvmaker.com/resume-format/de — replace everything in [brackets].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Germany CV template</dc:title>
  <dc:subject>Germany CV format</dc:subject>
  <dc:creator>digitalcvmaker.com</dc:creator>
  <cp:keywords>template, Germany CV format</cp:keywords>
  <dc:description>generated by python-docx</dc:description>
  <cp:lastModifiedBy/>
  <cp:revision>1</cp:revision>
  <dcterms:created xsi:type="dcterms:W3CDTF">2013-12-23T23:15:00Z</dcterms:created>
  <dcterms:modified xsi:type="dcterms:W3CDTF">2013-12-23T23:15:00Z</dcterms:modified>
  <cp:category/>
</cp:coreProperties>
</file>