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[City] · [Phone] · [Email] · [LinkedIn or website URL]</w:t>
      </w:r>
    </w:p>
    <w:p>
      <w:pPr>
        <w:spacing w:after="160"/>
      </w:pPr>
      <w:r>
        <w:rPr>
          <w:b w:val="0"/>
          <w:i w:val="0"/>
        </w:rPr>
        <w:t>[Date]</w:t>
      </w:r>
    </w:p>
    <w:p>
      <w:pPr>
        <w:spacing w:after="200"/>
      </w:pPr>
      <w:r>
        <w:rPr>
          <w:b w:val="0"/>
          <w:i w:val="0"/>
        </w:rPr>
        <w:t>[Hiring manager's name]</w:t>
        <w:br/>
        <w:t>[Job title]</w:t>
        <w:br/>
        <w:t>[Company name]</w:t>
        <w:br/>
        <w:t>[Address, if sending a formal letter]</w:t>
      </w:r>
    </w:p>
    <w:p>
      <w:pPr>
        <w:spacing w:after="160"/>
      </w:pPr>
      <w:r>
        <w:rPr>
          <w:b w:val="0"/>
          <w:i w:val="0"/>
        </w:rPr>
        <w:t>Dear [Hiring manager's name],</w:t>
      </w:r>
    </w:p>
    <w:p>
      <w:pPr>
        <w:spacing w:after="160"/>
      </w:pPr>
      <w:r>
        <w:rPr>
          <w:b w:val="0"/>
          <w:i w:val="0"/>
        </w:rPr>
        <w:t>I am applying for the [Role] position at [Company name]. Over the past six years I have coordinated operations for a regional distribution team, where I reorganized inbound scheduling and reduced average truck wait times by about a third. I would like to bring that same practical, process-focused approach to your team.</w:t>
      </w:r>
    </w:p>
    <w:p>
      <w:pPr>
        <w:spacing w:after="160"/>
      </w:pPr>
      <w:r>
        <w:rPr>
          <w:b w:val="0"/>
          <w:i w:val="0"/>
        </w:rPr>
        <w:t>Your posting emphasizes vendor communication and accurate reporting. In my current role I manage relationships with more than twenty carriers and suppliers, resolve delivery issues before they reach customers, and prepare weekly performance summaries for senior management. I also trained five new coordinators last year, creating a simple checklist that is now used across the site.</w:t>
      </w:r>
    </w:p>
    <w:p>
      <w:pPr>
        <w:spacing w:after="160"/>
      </w:pPr>
      <w:r>
        <w:rPr>
          <w:b w:val="0"/>
          <w:i w:val="0"/>
        </w:rPr>
        <w:t>I am particularly interested in [Company name] because of its focus on reliable service across several provinces. I work comfortably in both English and French, which I understand would be useful for your partners in Quebec, and I am happy to be interviewed in either language.</w:t>
      </w:r>
    </w:p>
    <w:p>
      <w:pPr>
        <w:spacing w:after="160"/>
      </w:pPr>
      <w:r>
        <w:rPr>
          <w:b w:val="0"/>
          <w:i w:val="0"/>
        </w:rPr>
        <w:t>Thank you for considering my application. My resume is attached, and I would welcome the chance to discuss how I could contribute to your operations team. I can be reached at the phone number and email address below.</w:t>
      </w:r>
    </w:p>
    <w:p>
      <w:pPr>
        <w:spacing w:after="160"/>
      </w:pPr>
      <w:r>
        <w:rPr>
          <w:b w:val="0"/>
          <w:i w:val="0"/>
        </w:rPr>
        <w:t>Sincerely,</w:t>
      </w:r>
    </w:p>
    <w:p>
      <w:pPr>
        <w:spacing w:after="160"/>
      </w:pPr>
      <w:r>
        <w:rPr>
          <w:b w:val="0"/>
          <w:i w:val="0"/>
        </w:rPr>
        <w:t>[Your name]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Canada cover letter template from digitalcvmaker.com/cover-letter-format/ca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Canada cover letter template</dc:title>
  <dc:subject>Canada cover letter format</dc:subject>
  <dc:creator>digitalcvmaker.com</dc:creator>
  <cp:keywords>template, Canada cover letter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