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pPr>
      <w:r>
        <w:rPr>
          <w:b/>
          <w:i w:val="0"/>
          <w:sz w:val="44"/>
        </w:rPr>
        <w:t>[Your Name]</w:t>
      </w:r>
    </w:p>
    <w:p>
      <w:pPr>
        <w:spacing w:after="40"/>
      </w:pPr>
      <w:r>
        <w:rPr>
          <w:b w:val="0"/>
          <w:i w:val="0"/>
          <w:color w:val="4B2ED6"/>
          <w:sz w:val="23"/>
        </w:rPr>
        <w:t>[Target job title]</w:t>
      </w:r>
    </w:p>
    <w:p>
      <w:pPr>
        <w:spacing w:after="120"/>
      </w:pPr>
      <w:r>
        <w:rPr>
          <w:b w:val="0"/>
          <w:i w:val="0"/>
          <w:color w:val="5B5F8A"/>
          <w:sz w:val="19"/>
        </w:rPr>
        <w:t>[City], [Country] · [Phone] · [Email] · [LinkedIn or website URL]</w:t>
      </w:r>
    </w:p>
    <w:p>
      <w:pPr>
        <w:spacing w:after="80" w:before="220"/>
        <w:pBdr>
          <w:bottom w:val="single" w:sz="6" w:space="2" w:color="4B2ED6"/>
        </w:pBdr>
      </w:pPr>
      <w:r>
        <w:rPr>
          <w:b/>
          <w:i w:val="0"/>
          <w:color w:val="4B2ED6"/>
          <w:sz w:val="21"/>
        </w:rPr>
        <w:t>OBJECTIVE AND PROFESSIONAL SUMMARY</w:t>
      </w:r>
    </w:p>
    <w:p>
      <w:r>
        <w:rPr>
          <w:b w:val="0"/>
          <w:i w:val="0"/>
        </w:rPr>
        <w:t>Objective: Senior Data Analyst. Data analyst with six years’ experience in retail banking and e-commerce, building dashboards and forecasting models in SQL, Python and Power BI. Worked with marketing and credit teams to improve campaign targeting and reporting accuracy. Postgraduate specialisation in data science. English advanced (C1), Spanish intermediate. Based in São Paulo, open to hybrid work.</w:t>
      </w:r>
    </w:p>
    <w:p>
      <w:r>
        <w:rPr>
          <w:b w:val="0"/>
          <w:i/>
          <w:color w:val="5B5F8A"/>
          <w:sz w:val="17"/>
        </w:rPr>
        <w:t>Example text — rewrite it for your own role and results.</w:t>
      </w:r>
    </w:p>
    <w:p>
      <w:pPr>
        <w:spacing w:after="80" w:before="220"/>
        <w:pBdr>
          <w:bottom w:val="single" w:sz="6" w:space="2" w:color="4B2ED6"/>
        </w:pBdr>
      </w:pPr>
      <w:r>
        <w:rPr>
          <w:b/>
          <w:i w:val="0"/>
          <w:color w:val="4B2ED6"/>
          <w:sz w:val="21"/>
        </w:rPr>
        <w:t>PROFESSIONAL EXPERIENCE</w:t>
      </w:r>
    </w:p>
    <w:p>
      <w:pPr>
        <w:spacing w:after="20"/>
      </w:pPr>
      <w:r>
        <w:rPr>
          <w:b/>
        </w:rPr>
        <w:t>[Job title]</w:t>
      </w:r>
      <w:r>
        <w:t xml:space="preserve"> — [Company name], [City]</w:t>
      </w:r>
    </w:p>
    <w:p>
      <w:pPr>
        <w:spacing w:after="120"/>
      </w:pPr>
      <w:r>
        <w:rPr>
          <w:b w:val="0"/>
          <w:i w:val="0"/>
          <w:color w:val="5B5F8A"/>
          <w:sz w:val="19"/>
        </w:rPr>
        <w:t>[Month Year] – Present</w:t>
      </w:r>
    </w:p>
    <w:p>
      <w:pPr>
        <w:pStyle w:val="ListBullet"/>
        <w:spacing w:after="40"/>
      </w:pPr>
      <w:r>
        <w:t>[Achievement with a number: what you did, for whom, and the result.]</w:t>
      </w:r>
    </w:p>
    <w:p>
      <w:pPr>
        <w:pStyle w:val="ListBullet"/>
        <w:spacing w:after="40"/>
      </w:pPr>
      <w:r>
        <w:t>[Responsibility that matches the job you are applying for.]</w:t>
      </w:r>
    </w:p>
    <w:p>
      <w:pPr>
        <w:pStyle w:val="ListBullet"/>
        <w:spacing w:after="40"/>
      </w:pPr>
      <w:r>
        <w:t>[Tool, process or project you improved, with scale or time saved.]</w:t>
      </w:r>
    </w:p>
    <w:p>
      <w:pPr>
        <w:spacing w:after="20"/>
      </w:pPr>
      <w:r>
        <w:rPr>
          <w:b/>
        </w:rPr>
        <w:t>[Job title]</w:t>
      </w:r>
      <w:r>
        <w:t xml:space="preserve"> — [Company name], [City]</w:t>
      </w:r>
    </w:p>
    <w:p>
      <w:pPr>
        <w:spacing w:after="120"/>
      </w:pPr>
      <w:r>
        <w:rPr>
          <w:b w:val="0"/>
          <w:i w:val="0"/>
          <w:color w:val="5B5F8A"/>
          <w:sz w:val="19"/>
        </w:rPr>
        <w:t>[Month Year] – [Month Year]</w:t>
      </w:r>
    </w:p>
    <w:p>
      <w:pPr>
        <w:pStyle w:val="ListBullet"/>
        <w:spacing w:after="40"/>
      </w:pPr>
      <w:r>
        <w:t>[Achievement with a number: what you did, for whom, and the result.]</w:t>
      </w:r>
    </w:p>
    <w:p>
      <w:pPr>
        <w:pStyle w:val="ListBullet"/>
        <w:spacing w:after="40"/>
      </w:pPr>
      <w:r>
        <w:t>[Responsibility that matches the job you are applying for.]</w:t>
      </w:r>
    </w:p>
    <w:p>
      <w:pPr>
        <w:pStyle w:val="ListBullet"/>
        <w:spacing w:after="40"/>
      </w:pPr>
      <w:r>
        <w:t>[Tool, process or project you improved, with scale or time saved.]</w:t>
      </w:r>
    </w:p>
    <w:p>
      <w:pPr>
        <w:spacing w:after="80" w:before="220"/>
        <w:pBdr>
          <w:bottom w:val="single" w:sz="6" w:space="2" w:color="4B2ED6"/>
        </w:pBdr>
      </w:pPr>
      <w:r>
        <w:rPr>
          <w:b/>
          <w:i w:val="0"/>
          <w:color w:val="4B2ED6"/>
          <w:sz w:val="21"/>
        </w:rPr>
        <w:t>EDUCATION</w:t>
      </w:r>
    </w:p>
    <w:p>
      <w:pPr>
        <w:spacing w:after="20"/>
      </w:pPr>
      <w:r>
        <w:rPr>
          <w:b/>
        </w:rPr>
        <w:t>[Degree or qualification]</w:t>
      </w:r>
      <w:r>
        <w:t xml:space="preserve"> — [University or institution], [City]</w:t>
      </w:r>
    </w:p>
    <w:p>
      <w:pPr>
        <w:spacing w:after="120"/>
      </w:pPr>
      <w:r>
        <w:rPr>
          <w:b w:val="0"/>
          <w:i w:val="0"/>
          <w:color w:val="5B5F8A"/>
          <w:sz w:val="19"/>
        </w:rPr>
        <w:t>[Month Year] · [Grade or classification, if strong]</w:t>
      </w:r>
    </w:p>
    <w:p>
      <w:pPr>
        <w:spacing w:after="80" w:before="220"/>
        <w:pBdr>
          <w:bottom w:val="single" w:sz="6" w:space="2" w:color="4B2ED6"/>
        </w:pBdr>
      </w:pPr>
      <w:r>
        <w:rPr>
          <w:b/>
          <w:i w:val="0"/>
          <w:color w:val="4B2ED6"/>
          <w:sz w:val="21"/>
        </w:rPr>
        <w:t>LANGUAGES</w:t>
      </w:r>
    </w:p>
    <w:p>
      <w:r>
        <w:rPr>
          <w:b w:val="0"/>
          <w:i w:val="0"/>
        </w:rPr>
        <w:t>[Language] — [level, e.g. fluent / professional / basic]</w:t>
      </w:r>
    </w:p>
    <w:p>
      <w:pPr>
        <w:spacing w:after="80" w:before="220"/>
        <w:pBdr>
          <w:bottom w:val="single" w:sz="6" w:space="2" w:color="4B2ED6"/>
        </w:pBdr>
      </w:pPr>
      <w:r>
        <w:rPr>
          <w:b/>
          <w:i w:val="0"/>
          <w:color w:val="4B2ED6"/>
          <w:sz w:val="21"/>
        </w:rPr>
        <w:t>COURSES AND CERTIFICATIONS</w:t>
      </w:r>
    </w:p>
    <w:p>
      <w:pPr>
        <w:pStyle w:val="ListBullet"/>
        <w:spacing w:after="40"/>
      </w:pPr>
      <w:r>
        <w:t>[Certification or licence], [Issuing body], [Number or date if relevant]</w:t>
      </w:r>
    </w:p>
    <w:p>
      <w:pPr>
        <w:pStyle w:val="ListBullet"/>
        <w:spacing w:after="40"/>
      </w:pPr>
      <w:r>
        <w:t>[Certification or training], [Issuing body]</w:t>
      </w:r>
    </w:p>
    <w:p>
      <w:pPr>
        <w:spacing w:after="80" w:before="220"/>
        <w:pBdr>
          <w:bottom w:val="single" w:sz="6" w:space="2" w:color="4B2ED6"/>
        </w:pBdr>
      </w:pPr>
      <w:r>
        <w:rPr>
          <w:b/>
          <w:i w:val="0"/>
          <w:color w:val="4B2ED6"/>
          <w:sz w:val="21"/>
        </w:rPr>
        <w:t>TECHNICAL SKILLS</w:t>
      </w:r>
    </w:p>
    <w:p>
      <w:r>
        <w:rPr>
          <w:b w:val="0"/>
          <w:i w:val="0"/>
        </w:rPr>
        <w:t>[Skill] · [Skill] · [Skill] · [Tool or software] · [Tool or software] · [Method]</w:t>
      </w:r>
    </w:p>
    <w:sectPr w:rsidR="00FC693F" w:rsidRPr="0006063C" w:rsidSect="00034616">
      <w:footerReference w:type="default" r:id="rId9"/>
      <w:pgSz w:w="11906" w:h="16838"/>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5B5F8A"/>
        <w:sz w:val="15"/>
      </w:rPr>
      <w:t>Brazil CV template (A4) from digitalcvmaker.com/resume-format/br — replace everything in [brackets].</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60" w:line="269" w:lineRule="auto"/>
    </w:pPr>
    <w:rPr>
      <w:rFonts w:ascii="Arial" w:hAnsi="Arial" w:eastAsia="Arial"/>
      <w:color w:val="1A1C3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Brazil CV template</dc:title>
  <dc:subject>Brazil CV format</dc:subject>
  <dc:creator>digitalcvmaker.com</dc:creator>
  <cp:keywords>template, Brazil CV format</cp:keywords>
  <dc:description>generated by python-docx</dc:description>
  <cp:lastModifiedBy/>
  <cp:revision>1</cp:revision>
  <dcterms:created xsi:type="dcterms:W3CDTF">2013-12-23T23:15:00Z</dcterms:created>
  <dcterms:modified xsi:type="dcterms:W3CDTF">2013-12-23T23:15:00Z</dcterms:modified>
  <cp:category/>
</cp:coreProperties>
</file>