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[Your name]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[City] · [Phone] · [Email] · [LinkedIn or website URL]</w:t>
      </w:r>
    </w:p>
    <w:p>
      <w:pPr>
        <w:spacing w:after="160"/>
      </w:pPr>
      <w:r>
        <w:rPr>
          <w:b w:val="0"/>
          <w:i w:val="0"/>
        </w:rPr>
        <w:t>[Date]</w:t>
      </w:r>
    </w:p>
    <w:p>
      <w:pPr>
        <w:spacing w:after="200"/>
      </w:pPr>
      <w:r>
        <w:rPr>
          <w:b w:val="0"/>
          <w:i w:val="0"/>
        </w:rPr>
        <w:t>[Hiring manager's name]</w:t>
        <w:br/>
        <w:t>[Job title]</w:t>
        <w:br/>
        <w:t>[Company name]</w:t>
        <w:br/>
        <w:t>[Address, if sending a formal letter]</w:t>
      </w:r>
    </w:p>
    <w:p>
      <w:pPr>
        <w:spacing w:after="160"/>
      </w:pPr>
      <w:r>
        <w:rPr>
          <w:b w:val="0"/>
          <w:i w:val="0"/>
        </w:rPr>
        <w:t>Dear [Hiring manager's name],</w:t>
      </w:r>
    </w:p>
    <w:p>
      <w:pPr>
        <w:spacing w:after="160"/>
      </w:pPr>
      <w:r>
        <w:rPr>
          <w:b w:val="0"/>
          <w:i w:val="0"/>
        </w:rPr>
        <w:t>I am writing to apply for the position of [Role] at [Company name], which I found on your careers page. I have five years' experience in digital marketing for consumer brands, with a focus on performance campaigns and analytics, and I would be glad to bring that experience to your team in São Paulo.</w:t>
      </w:r>
    </w:p>
    <w:p>
      <w:pPr>
        <w:spacing w:after="160"/>
      </w:pPr>
      <w:r>
        <w:rPr>
          <w:b w:val="0"/>
          <w:i w:val="0"/>
        </w:rPr>
        <w:t>In my current role I manage paid media and email campaigns for an online retailer. I restructured our campaign reporting so that marketing and sales could see results in one place, and I worked with the content team to test new landing pages, which improved conversion on our main product lines. Your advert highlights experience with data-driven campaigns and close work with sales, and both describe my daily work.</w:t>
      </w:r>
    </w:p>
    <w:p>
      <w:pPr>
        <w:spacing w:after="160"/>
      </w:pPr>
      <w:r>
        <w:rPr>
          <w:b w:val="0"/>
          <w:i w:val="0"/>
        </w:rPr>
        <w:t>I am interested in [Company name] because of your growth in new regions of Brazil and your focus on customer experience. My Portuguese is fluent, my English is advanced, and I am available to start after a thirty-day notice period. As requested, my salary expectation is included in the application form.</w:t>
      </w:r>
    </w:p>
    <w:p>
      <w:pPr>
        <w:spacing w:after="160"/>
      </w:pPr>
      <w:r>
        <w:rPr>
          <w:b w:val="0"/>
          <w:i w:val="0"/>
        </w:rPr>
        <w:t>My CV is attached as a PDF. Thank you for your time, and I would be happy to talk further.</w:t>
      </w:r>
    </w:p>
    <w:p>
      <w:pPr>
        <w:spacing w:after="160"/>
      </w:pPr>
      <w:r>
        <w:rPr>
          <w:b w:val="0"/>
          <w:i w:val="0"/>
        </w:rPr>
        <w:t>Kind regards,</w:t>
      </w:r>
    </w:p>
    <w:p>
      <w:pPr>
        <w:spacing w:after="160"/>
      </w:pPr>
      <w:r>
        <w:rPr>
          <w:b w:val="0"/>
          <w:i w:val="0"/>
        </w:rPr>
        <w:t>[Your name]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Brazil cover letter template from digitalcvmaker.com/cover-letter-format/br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Brazil cover letter template</dc:title>
  <dc:subject>Brazil cover letter format</dc:subject>
  <dc:creator>digitalcvmaker.com</dc:creator>
  <cp:keywords>template, Brazil cover letter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