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[Target job title]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[Suburb], [State] · [Phone] · [Email] · [LinkedIn or website URL]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CAREER SUMMARY</w:t>
      </w:r>
    </w:p>
    <w:p>
      <w:r>
        <w:rPr>
          <w:b w:val="0"/>
          <w:i w:val="0"/>
        </w:rPr>
        <w:t>Operations coordinator with seven years’ experience in logistics and customer service across metropolitan and regional sites. Skilled in rostering, supplier liaison and process improvement, most recently leading a stock-control change that reduced picking errors and overtime. Known for clear communication with drivers, warehouse staff and clients alike. Australian citizen seeking a full-time role in Brisbane or the Gold Coast.</w:t>
      </w:r>
    </w:p>
    <w:p>
      <w:r>
        <w:rPr>
          <w:b w:val="0"/>
          <w:i/>
          <w:color w:val="5B5F8A"/>
          <w:sz w:val="17"/>
        </w:rPr>
        <w:t>Example text — rewrite it for your own role and results.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KEY SKILLS</w:t>
      </w:r>
    </w:p>
    <w:p>
      <w:r>
        <w:rPr>
          <w:b w:val="0"/>
          <w:i w:val="0"/>
        </w:rPr>
        <w:t>[Skill] · [Skill] · [Skill] · [Tool or software] · [Tool or software] · [Method]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EMPLOYMENT HISTORY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 AND QUALIFICATIONS</w:t>
      </w:r>
    </w:p>
    <w:p>
      <w:pPr>
        <w:spacing w:after="20"/>
      </w:pPr>
      <w:r>
        <w:rPr>
          <w:b/>
        </w:rPr>
        <w:t>[Degree or qualification]</w:t>
      </w:r>
      <w:r>
        <w:t xml:space="preserve"> — [University or institution],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· [Grade or classification, if strong]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LICENCES AND CERTIFICATIONS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VOLUNTEER WORK (OPTIONAL)</w:t>
      </w:r>
    </w:p>
    <w:p>
      <w:pPr>
        <w:pStyle w:val="ListBullet"/>
        <w:spacing w:after="40"/>
      </w:pPr>
      <w:r>
        <w:t>[Project or role] — [one line on what you did and the outcome]</w:t>
      </w:r>
    </w:p>
    <w:p>
      <w:pPr>
        <w:pStyle w:val="ListBullet"/>
        <w:spacing w:after="40"/>
      </w:pPr>
      <w:r>
        <w:t>[Project or role] — [one line on what you did and the outcome]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REFEREES</w:t>
      </w:r>
    </w:p>
    <w:p>
      <w:pPr>
        <w:spacing w:after="40"/>
      </w:pPr>
      <w:r>
        <w:rPr>
          <w:b w:val="0"/>
          <w:i w:val="0"/>
        </w:rPr>
        <w:t>[Referee name], [Job title], [Organisation] — [Phone] · [Email]</w:t>
      </w:r>
    </w:p>
    <w:p>
      <w:r>
        <w:rPr>
          <w:b w:val="0"/>
          <w:i w:val="0"/>
        </w:rPr>
        <w:t>[Referee name], [Job title], [Organisation] — [Phone] · [Email]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Australia resume template (A4) from digitalcvmaker.com/resume-format/au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Resume template</dc:title>
  <dc:subject>Australia resume format</dc:subject>
  <dc:creator>digitalcvmaker.com</dc:creator>
  <cp:keywords>template, Australia resume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