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 · [Phone] · [Email] · [LinkedIn or website URL]</w:t>
      </w:r>
    </w:p>
    <w:p>
      <w:pPr>
        <w:spacing w:after="160"/>
      </w:pPr>
      <w:r>
        <w:rPr>
          <w:b w:val="0"/>
          <w:i w:val="0"/>
        </w:rPr>
        <w:t>[Date]</w:t>
      </w:r>
    </w:p>
    <w:p>
      <w:pPr>
        <w:spacing w:after="200"/>
      </w:pPr>
      <w:r>
        <w:rPr>
          <w:b w:val="0"/>
          <w:i w:val="0"/>
        </w:rPr>
        <w:t>[Hiring manager's name]</w:t>
        <w:br/>
        <w:t>[Job title]</w:t>
        <w:br/>
        <w:t>[Company name]</w:t>
        <w:br/>
        <w:t>[Address, if sending a formal letter]</w:t>
      </w:r>
    </w:p>
    <w:p>
      <w:pPr>
        <w:spacing w:after="160"/>
      </w:pPr>
      <w:r>
        <w:rPr>
          <w:b w:val="0"/>
          <w:i w:val="0"/>
        </w:rPr>
        <w:t>Dear [Hiring manager's name],</w:t>
      </w:r>
    </w:p>
    <w:p>
      <w:pPr>
        <w:spacing w:after="160"/>
      </w:pPr>
      <w:r>
        <w:rPr>
          <w:b w:val="0"/>
          <w:i w:val="0"/>
        </w:rPr>
        <w:t>I am writing to apply for the [Role] position at [Company name]. With six years’ experience in customer operations across retail and logistics, I enjoy turning busy, complex workloads into smooth processes that customers notice.</w:t>
      </w:r>
    </w:p>
    <w:p>
      <w:pPr>
        <w:spacing w:after="160"/>
      </w:pPr>
      <w:r>
        <w:rPr>
          <w:b w:val="0"/>
          <w:i w:val="0"/>
        </w:rPr>
        <w:t>In my current role, I coordinate a team of eight and look after rostering, supplier liaison and escalated customer issues across two sites. Last financial year I redesigned our returns process with the warehouse team, which shortened processing times and noticeably reduced customer complaints. I also introduced a simple weekly report that gives managers a clearer view of stock levels, and it is still in use today.</w:t>
      </w:r>
    </w:p>
    <w:p>
      <w:pPr>
        <w:spacing w:after="160"/>
      </w:pPr>
      <w:r>
        <w:rPr>
          <w:b w:val="0"/>
          <w:i w:val="0"/>
        </w:rPr>
        <w:t>Your advertisement highlights stakeholder management and continuous improvement. I have built strong working relationships with drivers, suppliers and head office teams, and I am comfortable explaining changes to people at every level. I am also confident with spreadsheets, rostering software and inventory systems, and I pick up new tools quickly.</w:t>
      </w:r>
    </w:p>
    <w:p>
      <w:pPr>
        <w:spacing w:after="160"/>
      </w:pPr>
      <w:r>
        <w:rPr>
          <w:b w:val="0"/>
          <w:i w:val="0"/>
        </w:rPr>
        <w:t>I am drawn to [Company name] because of its focus on reliable service and its growth in regional areas, where I have family ties and would be glad to work. I am an Australian citizen and can start after a four-week notice period.</w:t>
      </w:r>
    </w:p>
    <w:p>
      <w:pPr>
        <w:spacing w:after="160"/>
      </w:pPr>
      <w:r>
        <w:rPr>
          <w:b w:val="0"/>
          <w:i w:val="0"/>
        </w:rPr>
        <w:t>Thank you for considering my application. I have attached my resume and would welcome the chance to discuss how I could contribute to your team.</w:t>
      </w:r>
    </w:p>
    <w:p>
      <w:pPr>
        <w:spacing w:after="160"/>
      </w:pPr>
      <w:r>
        <w:rPr>
          <w:b w:val="0"/>
          <w:i w:val="0"/>
        </w:rPr>
        <w:t>Kind regards,</w:t>
      </w:r>
    </w:p>
    <w:p>
      <w:pPr>
        <w:spacing w:after="160"/>
      </w:pPr>
      <w:r>
        <w:rPr>
          <w:b w:val="0"/>
          <w:i w:val="0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Australia cover letter template from digitalcvmaker.com/cover-letter-format/au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cover letter template</dc:title>
  <dc:subject>Australia cover letter format</dc:subject>
  <dc:creator>digitalcvmaker.com</dc:creator>
  <cp:keywords>template, Australia cover letter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