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7654"/>
          </w:tcPr>
          <w:p>
            <w:r>
              <w:rPr>
                <w:b/>
                <w:sz w:val="44"/>
              </w:rPr>
              <w:t>[Your Name]</w:t>
            </w:r>
          </w:p>
          <w:p>
            <w:r>
              <w:rPr>
                <w:color w:val="4B2ED6"/>
              </w:rPr>
              <w:t>[Target job title]</w:t>
            </w:r>
          </w:p>
          <w:p>
            <w:r>
              <w:rPr>
                <w:sz w:val="19"/>
              </w:rPr>
              <w:t>[City], [Country] · [Phone] · [Email] · [LinkedIn or website URL]</w:t>
            </w:r>
          </w:p>
        </w:tc>
        <w:tc>
          <w:tcPr>
            <w:tcW w:type="dxa" w:w="1984"/>
          </w:tcPr>
          <w:p>
            <w:pPr>
              <w:jc w:val="center"/>
            </w:pPr>
            <w:r>
              <w:rPr>
                <w:color w:val="5B5F8A"/>
              </w:rPr>
              <w:br/>
              <w:br/>
              <w:t>[Photo]</w:t>
              <w:br/>
              <w:br/>
            </w:r>
          </w:p>
        </w:tc>
      </w:tr>
    </w:tbl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PERSONAL DETAILS (NATIONALITY, VISA STATUS, LOCATION)</w:t>
      </w:r>
    </w:p>
    <w:p>
      <w:r>
        <w:rPr>
          <w:b w:val="0"/>
          <w:i w:val="0"/>
        </w:rPr>
        <w:t>[Nationality] · [Visa or work permit status] · [Current location] · [Notice period]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Operations coordinator with seven years’ experience in logistics and facilities across the UAE and India. Currently managing supplier schedules and a team of six for a Dubai-based distribution firm, cutting late deliveries by a fifth in one year. Skilled in SAP, vendor negotiation and multicultural team leadership. UAE residence visa, valid UAE driving licence, available on one month’s notice.</w:t>
      </w:r>
    </w:p>
    <w:p>
      <w:r>
        <w:rPr>
          <w:b w:val="0"/>
          <w:i/>
          <w:color w:val="5B5F8A"/>
          <w:sz w:val="17"/>
        </w:rPr>
        <w:t>Example text — rewrite it for your own role and results.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CORE SKILLS</w:t>
      </w:r>
    </w:p>
    <w:p>
      <w:r>
        <w:rPr>
          <w:b w:val="0"/>
          <w:i w:val="0"/>
        </w:rPr>
        <w:t>[Skill] · [Skill] · [Skill] · [Tool or software] · [Tool or software] · [Method]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WORK EXPERIENCE</w:t>
      </w:r>
    </w:p>
    <w:p>
      <w:pPr>
        <w:spacing w:after="20"/>
      </w:pPr>
      <w:r>
        <w:rPr>
          <w:b/>
        </w:rPr>
        <w:t>[Job title]</w:t>
      </w:r>
      <w:r>
        <w:t xml:space="preserve"> — [Company name], [City]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[Month Year] – Present</w:t>
      </w:r>
    </w:p>
    <w:p>
      <w:pPr>
        <w:pStyle w:val="ListBullet"/>
        <w:spacing w:after="40"/>
      </w:pPr>
      <w:r>
        <w:t>[Achievement with a number: what you did, for whom, and the result.]</w:t>
      </w:r>
    </w:p>
    <w:p>
      <w:pPr>
        <w:pStyle w:val="ListBullet"/>
        <w:spacing w:after="40"/>
      </w:pPr>
      <w:r>
        <w:t>[Responsibility that matches the job you are applying for.]</w:t>
      </w:r>
    </w:p>
    <w:p>
      <w:pPr>
        <w:pStyle w:val="ListBullet"/>
        <w:spacing w:after="40"/>
      </w:pPr>
      <w:r>
        <w:t>[Tool, process or project you improved, with scale or time saved.]</w:t>
      </w:r>
    </w:p>
    <w:p>
      <w:pPr>
        <w:spacing w:after="20"/>
      </w:pPr>
      <w:r>
        <w:rPr>
          <w:b/>
        </w:rPr>
        <w:t>[Job title]</w:t>
      </w:r>
      <w:r>
        <w:t xml:space="preserve"> — [Company name], [City]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[Month Year] – [Month Year]</w:t>
      </w:r>
    </w:p>
    <w:p>
      <w:pPr>
        <w:pStyle w:val="ListBullet"/>
        <w:spacing w:after="40"/>
      </w:pPr>
      <w:r>
        <w:t>[Achievement with a number: what you did, for whom, and the result.]</w:t>
      </w:r>
    </w:p>
    <w:p>
      <w:pPr>
        <w:pStyle w:val="ListBullet"/>
        <w:spacing w:after="40"/>
      </w:pPr>
      <w:r>
        <w:t>[Responsibility that matches the job you are applying for.]</w:t>
      </w:r>
    </w:p>
    <w:p>
      <w:pPr>
        <w:pStyle w:val="ListBullet"/>
        <w:spacing w:after="40"/>
      </w:pPr>
      <w:r>
        <w:t>[Tool, process or project you improved, with scale or time saved.]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 AND QUALIFICATIONS</w:t>
      </w:r>
    </w:p>
    <w:p>
      <w:pPr>
        <w:spacing w:after="20"/>
      </w:pPr>
      <w:r>
        <w:rPr>
          <w:b/>
        </w:rPr>
        <w:t>[Degree or qualification]</w:t>
      </w:r>
      <w:r>
        <w:t xml:space="preserve"> — [University or institution], [City]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[Month Year] · [Grade or classification, if strong]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TRAINING</w:t>
      </w:r>
    </w:p>
    <w:p>
      <w:pPr>
        <w:pStyle w:val="ListBullet"/>
        <w:spacing w:after="40"/>
      </w:pPr>
      <w:r>
        <w:t>[Certification or licence], [Issuing body], [Number or date if relevant]</w:t>
      </w:r>
    </w:p>
    <w:p>
      <w:pPr>
        <w:pStyle w:val="ListBullet"/>
        <w:spacing w:after="40"/>
      </w:pPr>
      <w:r>
        <w:t>[Certification or training], [Issuing body]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[Language] — [level, e.g. fluent / professional / basic]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ADDITIONAL INFORMATION (DRIVING LICENCE, NOTICE PERIOD)</w:t>
      </w:r>
    </w:p>
    <w:p>
      <w:pPr>
        <w:pStyle w:val="ListBullet"/>
        <w:spacing w:after="40"/>
      </w:pPr>
      <w:r>
        <w:t>[Certification or licence], [Issuing body], [Number or date if relevant]</w:t>
      </w:r>
    </w:p>
    <w:p>
      <w:pPr>
        <w:pStyle w:val="ListBullet"/>
        <w:spacing w:after="40"/>
      </w:pPr>
      <w:r>
        <w:t>[Certification or training], [Issuing body]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UAE CV template (A4) from digitalcvmaker.com/resume-format/ae — replace everything in [brackets].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UAE CV template</dc:title>
  <dc:subject>UAE CV format</dc:subject>
  <dc:creator>digitalcvmaker.com</dc:creator>
  <cp:keywords>template, UAE CV format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