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[Your name]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[City] · [Phone] · [Email] · [LinkedIn or website URL]</w:t>
      </w:r>
    </w:p>
    <w:p>
      <w:pPr>
        <w:spacing w:after="160"/>
      </w:pPr>
      <w:r>
        <w:rPr>
          <w:b w:val="0"/>
          <w:i w:val="0"/>
        </w:rPr>
        <w:t>[Date]</w:t>
      </w:r>
    </w:p>
    <w:p>
      <w:pPr>
        <w:spacing w:after="200"/>
      </w:pPr>
      <w:r>
        <w:rPr>
          <w:b w:val="0"/>
          <w:i w:val="0"/>
        </w:rPr>
        <w:t>[Hiring manager's name]</w:t>
        <w:br/>
        <w:t>[Job title]</w:t>
        <w:br/>
        <w:t>[Company name]</w:t>
        <w:br/>
        <w:t>[Address, if sending a formal letter]</w:t>
      </w:r>
    </w:p>
    <w:p>
      <w:pPr>
        <w:spacing w:after="160"/>
      </w:pPr>
      <w:r>
        <w:rPr>
          <w:b w:val="0"/>
          <w:i w:val="0"/>
        </w:rPr>
        <w:t>Dear [Hiring manager's name],</w:t>
      </w:r>
    </w:p>
    <w:p>
      <w:pPr>
        <w:spacing w:after="160"/>
      </w:pPr>
      <w:r>
        <w:rPr>
          <w:b w:val="0"/>
          <w:i w:val="0"/>
        </w:rPr>
        <w:t>I am writing to apply for the [Role] position at [Company name], advertised on your careers page. With six years of experience in customer operations, four of them in Dubai, I believe I can contribute to your team from the first month.</w:t>
      </w:r>
    </w:p>
    <w:p>
      <w:pPr>
        <w:spacing w:after="160"/>
      </w:pPr>
      <w:r>
        <w:rPr>
          <w:b w:val="0"/>
          <w:i w:val="0"/>
        </w:rPr>
        <w:t>In my current role, I lead a team of eight advisers handling enquiries from clients across the GCC. Last year I redesigned our escalation process, which reduced average resolution time by a third and lifted our customer satisfaction scores for three consecutive quarters. I also trained new joiners from five different nationalities, which taught me to adapt my communication to very different working styles.</w:t>
      </w:r>
    </w:p>
    <w:p>
      <w:pPr>
        <w:spacing w:after="160"/>
      </w:pPr>
      <w:r>
        <w:rPr>
          <w:b w:val="0"/>
          <w:i w:val="0"/>
        </w:rPr>
        <w:t>What attracts me to [Company name] is your growth across the region and your focus on service quality. I have worked closely with finance and logistics colleagues to solve complex client issues, and I am comfortable reporting results to senior management in clear, concise terms.</w:t>
      </w:r>
    </w:p>
    <w:p>
      <w:pPr>
        <w:spacing w:after="160"/>
      </w:pPr>
      <w:r>
        <w:rPr>
          <w:b w:val="0"/>
          <w:i w:val="0"/>
        </w:rPr>
        <w:t>I hold a UAE residence visa and a valid UAE driving licence, and I can join after a one-month notice period. I speak English and Arabic fluently and have working knowledge of Hindi.</w:t>
      </w:r>
    </w:p>
    <w:p>
      <w:pPr>
        <w:spacing w:after="160"/>
      </w:pPr>
      <w:r>
        <w:rPr>
          <w:b w:val="0"/>
          <w:i w:val="0"/>
        </w:rPr>
        <w:t>Thank you for considering my application. I would welcome the opportunity to discuss how my experience fits the [Role] position. I can be reached by phone or email at your convenience.</w:t>
      </w:r>
    </w:p>
    <w:p>
      <w:pPr>
        <w:spacing w:after="160"/>
      </w:pPr>
      <w:r>
        <w:rPr>
          <w:b w:val="0"/>
          <w:i w:val="0"/>
        </w:rPr>
        <w:t>Yours sincerely,</w:t>
      </w:r>
    </w:p>
    <w:p>
      <w:pPr>
        <w:spacing w:after="160"/>
      </w:pPr>
      <w:r>
        <w:rPr>
          <w:b w:val="0"/>
          <w:i w:val="0"/>
        </w:rPr>
        <w:t>[Your name]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UAE cover letter template from digitalcvmaker.com/cover-letter-format/ae — replace everything in [brackets].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UAE cover letter template</dc:title>
  <dc:subject>UAE cover letter format</dc:subject>
  <dc:creator>digitalcvmaker.com</dc:creator>
  <cp:keywords>template, UAE cover letter format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