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Kavya Hegde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Hatha Yoga Instructor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Mysuru,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Newly certified Hatha yoga instructor with a Yoga Certification Board Level 1 credential and a 200-hour teacher training course. Taught supervised beginner and senior-citizen batches during a studio internship, with a focus on clear verbal cues, safe modifications using props and short guided pranayama. Looking for a morning and evening batch role at a neighbourhood studio or wellness centre.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Hatha yoga sequencing · Pranayama and breathwork · Beginner alignment cues · Chair yoga · Prop-based modifications · Guided relaxation · Class attendance records · Kannada and English instruction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Yoga Teacher Intern</w:t>
      </w:r>
      <w:r>
        <w:t xml:space="preserve"> — Neighbourhood Hatha yoga studio, Mysuru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Co-taught four weekly beginner batches of twelve to eighteen students, leading warm-ups, standing sequences and the closing relaxation segment.</w:t>
      </w:r>
    </w:p>
    <w:p>
      <w:pPr>
        <w:pStyle w:val="ListBullet"/>
        <w:spacing w:after="40"/>
      </w:pPr>
      <w:r>
        <w:t>Introduced blocks and straps for students with tight hamstrings, which let three older members complete the full seated sequence comfortably.</w:t>
      </w:r>
    </w:p>
    <w:p>
      <w:pPr>
        <w:pStyle w:val="ListBullet"/>
        <w:spacing w:after="40"/>
      </w:pPr>
      <w:r>
        <w:t>Maintained attendance and health-declaration sheets for new joiners and flagged back or knee complaints to the lead teacher before class.</w:t>
      </w:r>
    </w:p>
    <w:p>
      <w:pPr>
        <w:spacing w:after="20"/>
      </w:pPr>
      <w:r>
        <w:rPr>
          <w:b/>
        </w:rPr>
        <w:t>Volunteer Yoga Facilitator</w:t>
      </w:r>
      <w:r>
        <w:t xml:space="preserve"> — Residential senior-citizens’ association, Mysuru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months · weekends</w:t>
      </w:r>
    </w:p>
    <w:p>
      <w:pPr>
        <w:pStyle w:val="ListBullet"/>
        <w:spacing w:after="40"/>
      </w:pPr>
      <w:r>
        <w:t>Ran a Sunday chair-yoga session for about twenty residents aged sixty and above, focusing on joint mobility and slow breathing.</w:t>
      </w:r>
    </w:p>
    <w:p>
      <w:pPr>
        <w:pStyle w:val="ListBullet"/>
        <w:spacing w:after="40"/>
      </w:pPr>
      <w:r>
        <w:t>Prepared a printed home-practice sheet in Kannada with six gentle movements, which most regular participants reported using midweek.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200-hour Hatha Yoga Teacher Training Course</w:t>
      </w:r>
      <w:r>
        <w:t xml:space="preserve"> — Traditional yoga shala, Mysuru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Anatomy basics, teaching methodology, Patanjali Yoga Sutras</w:t>
      </w:r>
    </w:p>
    <w:p>
      <w:pPr>
        <w:spacing w:after="20"/>
      </w:pPr>
      <w:r>
        <w:rPr>
          <w:b/>
        </w:rPr>
        <w:t>B.A. Psychology</w:t>
      </w:r>
      <w:r>
        <w:t xml:space="preserve"> — State university affiliated college, Mysuru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Yoga Protocol Instructor (Level 1), Yoga Certification Board, Ministry of AYUSH</w:t>
      </w:r>
    </w:p>
    <w:p>
      <w:pPr>
        <w:pStyle w:val="ListBullet"/>
        <w:spacing w:after="40"/>
      </w:pPr>
      <w:r>
        <w:t>RYT-200, Yoga Alliance</w:t>
      </w:r>
    </w:p>
    <w:p>
      <w:pPr>
        <w:pStyle w:val="ListBullet"/>
        <w:spacing w:after="40"/>
      </w:pPr>
      <w:r>
        <w:t>Basic First Aid and CPR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Morning mobility series — designed a four-week gentle Hatha plan for office staff and tested it with two volunteer groups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Kannada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digitalcvmaker.com/resume-examples/yoga-instructors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Kavya Hegde – Hatha Yoga Instructor resume</dc:title>
  <dc:subject>yoga-instructors resume example</dc:subject>
  <dc:creator>digitalcvmaker.com</dc:creator>
  <cp:keywords>template, yoga-instructors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