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Rohan Negi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Yoga Instructor – Therapeutic and Corporate Yoga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Dehradun, Uttarakhand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Yoga instructor with seven years of teaching across a wellness retreat, corporate programmes and online batches. Specialises in back-care and stress-management yoga, working alongside physiotherapists on referred clients. Holds Yoga Wellness Instructor Level 2 and RYT-500 credentials, and has trained junior teachers in sequencing, safe adjustments and class documentation.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Back-care therapeutic yoga · Stress-management programmes · Ashtanga and Vinyasa · Yoga Nidra · Corporate wellness sessions · Online class delivery · Teacher mentoring · Client progress tracking · Retreat scheduling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Yoga Instructor</w:t>
      </w:r>
      <w:r>
        <w:t xml:space="preserve"> — Himalayan wellness retreat with residential programmes, Rishikesh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Led daily Hatha and Yoga Nidra sessions for residential guests on seven- to twenty-one-day stays, with groups of up to twenty-five.</w:t>
      </w:r>
    </w:p>
    <w:p>
      <w:pPr>
        <w:pStyle w:val="ListBullet"/>
        <w:spacing w:after="40"/>
      </w:pPr>
      <w:r>
        <w:t>Designed a back-care module with the in-house physiotherapist, used by roughly forty referred guests every quarter.</w:t>
      </w:r>
    </w:p>
    <w:p>
      <w:pPr>
        <w:pStyle w:val="ListBullet"/>
        <w:spacing w:after="40"/>
      </w:pPr>
      <w:r>
        <w:t>Mentored four junior instructors through observed classes, feedback notes and monthly sequencing workshops.</w:t>
      </w:r>
    </w:p>
    <w:p>
      <w:pPr>
        <w:pStyle w:val="ListBullet"/>
        <w:spacing w:after="40"/>
      </w:pPr>
      <w:r>
        <w:t>Built a simple intake and progress form that cut repeated health questions and helped teachers adapt poses before sessions.</w:t>
      </w:r>
    </w:p>
    <w:p>
      <w:pPr>
        <w:spacing w:after="20"/>
      </w:pPr>
      <w:r>
        <w:rPr>
          <w:b/>
        </w:rPr>
        <w:t>Corporate Yoga Trainer</w:t>
      </w:r>
      <w:r>
        <w:t xml:space="preserve"> — Employee wellness services firm, Dehradun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Conducted weekly desk-stretch and breathing sessions for six client offices, including an IT services centre and a regional bank branch network.</w:t>
      </w:r>
    </w:p>
    <w:p>
      <w:pPr>
        <w:pStyle w:val="ListBullet"/>
        <w:spacing w:after="40"/>
      </w:pPr>
      <w:r>
        <w:t>Converted in-person sessions into thirty-minute live online classes during remote-work periods, retaining most enrolled employees.</w:t>
      </w:r>
    </w:p>
    <w:p>
      <w:pPr>
        <w:pStyle w:val="ListBullet"/>
        <w:spacing w:after="40"/>
      </w:pPr>
      <w:r>
        <w:t>Presented quarterly attendance and participant-feedback summaries to client HR teams to support contract renewals.</w:t>
      </w:r>
    </w:p>
    <w:p>
      <w:pPr>
        <w:spacing w:after="20"/>
      </w:pPr>
      <w:r>
        <w:rPr>
          <w:b/>
        </w:rPr>
        <w:t>Yoga Teacher</w:t>
      </w:r>
      <w:r>
        <w:t xml:space="preserve"> — Community yoga centre, Dehradun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Taught mixed-level evening Vinyasa batches and a Saturday beginners’ workshop for newcomers to the centre.</w:t>
      </w:r>
    </w:p>
    <w:p>
      <w:pPr>
        <w:pStyle w:val="ListBullet"/>
        <w:spacing w:after="40"/>
      </w:pPr>
      <w:r>
        <w:t>Grew the evening batch from nine to twenty-two regular students through referral cards and a free trial week.</w:t>
      </w:r>
    </w:p>
    <w:p>
      <w:pPr>
        <w:pStyle w:val="ListBullet"/>
        <w:spacing w:after="40"/>
      </w:pPr>
      <w:r>
        <w:t>Kept a simple injury and modification log for regular students, shared with the centre coordinator every month.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M.Sc. Yoga Science</w:t>
      </w:r>
      <w:r>
        <w:t xml:space="preserve"> — State university department of yogic science, Haridwar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Dissertation on breathing practices and perceived stress in office workers</w:t>
      </w:r>
    </w:p>
    <w:p>
      <w:pPr>
        <w:spacing w:after="20"/>
      </w:pPr>
      <w:r>
        <w:rPr>
          <w:b/>
        </w:rPr>
        <w:t>B.Sc. Physical Education</w:t>
      </w:r>
      <w:r>
        <w:t xml:space="preserve"> — Government degree college, Dehradun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Yoga Wellness Instructor (Level 2), Yoga Certification Board, Ministry of AYUSH</w:t>
      </w:r>
    </w:p>
    <w:p>
      <w:pPr>
        <w:pStyle w:val="ListBullet"/>
        <w:spacing w:after="40"/>
      </w:pPr>
      <w:r>
        <w:t>RYT-500, Yoga Alliance</w:t>
      </w:r>
    </w:p>
    <w:p>
      <w:pPr>
        <w:pStyle w:val="ListBullet"/>
        <w:spacing w:after="40"/>
      </w:pPr>
      <w:r>
        <w:t>Certificate course in Yoga Therapy</w:t>
      </w:r>
    </w:p>
    <w:p>
      <w:pPr>
        <w:pStyle w:val="ListBullet"/>
        <w:spacing w:after="40"/>
      </w:pPr>
      <w:r>
        <w:t>First Aid and CPR, renewed every two years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Desk Reset programme — six-week corporate yoga module adopted by three client offices as a standard wellness offering</w:t>
      </w:r>
    </w:p>
    <w:p>
      <w:pPr>
        <w:pStyle w:val="ListBullet"/>
        <w:spacing w:after="40"/>
      </w:pPr>
      <w:r>
        <w:t>Online back-care batch — twelve-session course for remote participants with weekly home-practice videos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Garhwali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digitalcvmaker.com/resume-examples/yoga-instructors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Rohan Negi – Senior Yoga Instructor – Therapeutic and Corporate Yoga resume</dc:title>
  <dc:subject>yoga-instructors resume example</dc:subject>
  <dc:creator>digitalcvmaker.com</dc:creator>
  <cp:keywords>template, yoga-instructors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