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Suresh Yadav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PGT Physics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Patna, Bihar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Postgraduate physics teacher with nine years teaching classes 9 to 12 in CBSE schools, including board exam preparation and practical assessment. Uses demonstrations, simulations and past-paper practice to build conceptual understanding, and runs remedial groups for students who fall behind. Serves as lab in-charge and science club mentor, and trains new teachers in lab safety.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Senior secondary physics · CBSE board preparation · Lab management · Practical assessment · Remedial teaching · Question paper design · Science club mentoring · Digital simulations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PGT Physics and Lab In-charge</w:t>
      </w:r>
      <w:r>
        <w:t xml:space="preserve"> — CBSE senior secondary school, Patna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 years · current</w:t>
      </w:r>
    </w:p>
    <w:p>
      <w:pPr>
        <w:pStyle w:val="ListBullet"/>
        <w:spacing w:after="40"/>
      </w:pPr>
      <w:r>
        <w:t>Teach physics to four sections of classes 11 and 12, about one hundred and fifty students each year.</w:t>
      </w:r>
    </w:p>
    <w:p>
      <w:pPr>
        <w:pStyle w:val="ListBullet"/>
        <w:spacing w:after="40"/>
      </w:pPr>
      <w:r>
        <w:t>Raised the class 12 physics pass percentage over three board cycles by introducing weekly past-paper practice and error analysis.</w:t>
      </w:r>
    </w:p>
    <w:p>
      <w:pPr>
        <w:pStyle w:val="ListBullet"/>
        <w:spacing w:after="40"/>
      </w:pPr>
      <w:r>
        <w:t>Manage the physics laboratory, apparatus inventory and safety drills, and conduct board practical examinations as internal examiner.</w:t>
      </w:r>
    </w:p>
    <w:p>
      <w:pPr>
        <w:pStyle w:val="ListBullet"/>
        <w:spacing w:after="40"/>
      </w:pPr>
      <w:r>
        <w:t>Mentor the science club, guiding student teams to district-level science exhibitions with working models on renewable energy.</w:t>
      </w:r>
    </w:p>
    <w:p>
      <w:pPr>
        <w:spacing w:after="20"/>
      </w:pPr>
      <w:r>
        <w:rPr>
          <w:b/>
        </w:rPr>
        <w:t>TGT Science</w:t>
      </w:r>
      <w:r>
        <w:t xml:space="preserve"> — Private CBSE school, Gaya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</w:t>
      </w:r>
    </w:p>
    <w:p>
      <w:pPr>
        <w:pStyle w:val="ListBullet"/>
        <w:spacing w:after="40"/>
      </w:pPr>
      <w:r>
        <w:t>Taught science to classes 8 to 10, planning lessons with hands-on demonstrations using low-cost materials.</w:t>
      </w:r>
    </w:p>
    <w:p>
      <w:pPr>
        <w:pStyle w:val="ListBullet"/>
        <w:spacing w:after="40"/>
      </w:pPr>
      <w:r>
        <w:t>Set and moderated unit test question papers aligned to competency-based assessment guidelines.</w:t>
      </w:r>
    </w:p>
    <w:p>
      <w:pPr>
        <w:pStyle w:val="ListBullet"/>
        <w:spacing w:after="40"/>
      </w:pPr>
      <w:r>
        <w:t>Ran after-school remedial sessions for students scoring below forty percent in mid-term examinations.</w:t>
      </w:r>
    </w:p>
    <w:p>
      <w:pPr>
        <w:pStyle w:val="ListBullet"/>
        <w:spacing w:after="40"/>
      </w:pPr>
      <w:r>
        <w:t>Coordinated parent-teacher meetings for class 10 and shared individual improvement plans with families.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M.Sc. Physics</w:t>
      </w:r>
      <w:r>
        <w:t xml:space="preserve"> — State university, Patna</w:t>
      </w:r>
    </w:p>
    <w:p>
      <w:pPr>
        <w:spacing w:after="20"/>
      </w:pPr>
      <w:r>
        <w:rPr>
          <w:b/>
        </w:rPr>
        <w:t>B.Ed.</w:t>
      </w:r>
      <w:r>
        <w:t xml:space="preserve"> — Government teacher education college, Patna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Bihar Secondary Teacher Eligibility Test (STET) qualified, Physics</w:t>
      </w:r>
    </w:p>
    <w:p>
      <w:pPr>
        <w:pStyle w:val="ListBullet"/>
        <w:spacing w:after="40"/>
      </w:pPr>
      <w:r>
        <w:t>CBSE capacity-building workshop on competency-based assessment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Physics Doubt Hour — weekly recorded explanations of tricky numericals shared with class 12 students before board exams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English · Bhojpuri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digitalcvmaker.com/resume-examples/teachers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Suresh Yadav – PGT Physics resume</dc:title>
  <dc:subject>teachers resume example</dc:subject>
  <dc:creator>digitalcvmaker.com</dc:creator>
  <cp:keywords>template, teachers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