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Mayank Tiwari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Supply Chain Analyst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Vadodara, Gujarat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Supply chain management graduate with a nine-month analyst role at a pharmaceutical distributor, supporting demand planning, stock replenishment and expiry tracking. Builds Excel and Power BI reports from SAP data and follows up with suppliers on open purchase orders. Seeking a supply chain analyst or planning executive role in pharma, FMCG or manufacturing.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Demand planning support · Replenishment planning · SAP MM basics · Excel modelling · Power BI · Purchase order follow-up · Expiry and batch tracking · ABC and XYZ analysis · Supplier communication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Supply Chain Analyst</w:t>
      </w:r>
      <w:r>
        <w:t xml:space="preserve"> — Pharmaceutical distributor serving hospitals and chemists, Vadodara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9 months · current</w:t>
      </w:r>
    </w:p>
    <w:p>
      <w:pPr>
        <w:pStyle w:val="ListBullet"/>
        <w:spacing w:after="40"/>
      </w:pPr>
      <w:r>
        <w:t>Prepare weekly replenishment suggestions for 1,800 SKUs across three depots using sales history and minimum stock levels.</w:t>
      </w:r>
    </w:p>
    <w:p>
      <w:pPr>
        <w:pStyle w:val="ListBullet"/>
        <w:spacing w:after="40"/>
      </w:pPr>
      <w:r>
        <w:t>Track near-expiry batches and alert the sales team to move stock, reducing write-offs in the last quarter.</w:t>
      </w:r>
    </w:p>
    <w:p>
      <w:pPr>
        <w:pStyle w:val="ListBullet"/>
        <w:spacing w:after="40"/>
      </w:pPr>
      <w:r>
        <w:t>Follow up with 40 suppliers on open purchase orders and update expected delivery dates in SAP.</w:t>
      </w:r>
    </w:p>
    <w:p>
      <w:pPr>
        <w:pStyle w:val="ListBullet"/>
        <w:spacing w:after="40"/>
      </w:pPr>
      <w:r>
        <w:t>Built a Power BI dashboard for fill rate and stock-outs used in the monthly review.</w:t>
      </w:r>
    </w:p>
    <w:p>
      <w:pPr>
        <w:spacing w:after="20"/>
      </w:pPr>
      <w:r>
        <w:rPr>
          <w:b/>
        </w:rPr>
        <w:t>Summer Intern</w:t>
      </w:r>
      <w:r>
        <w:t xml:space="preserve"> — Chemicals manufacturer, Ankleshwar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2-month internship</w:t>
      </w:r>
    </w:p>
    <w:p>
      <w:pPr>
        <w:pStyle w:val="ListBullet"/>
        <w:spacing w:after="40"/>
      </w:pPr>
      <w:r>
        <w:t>Ran an ABC analysis of raw material inventory and suggested review frequencies for each class.</w:t>
      </w:r>
    </w:p>
    <w:p>
      <w:pPr>
        <w:pStyle w:val="ListBullet"/>
        <w:spacing w:after="40"/>
      </w:pPr>
      <w:r>
        <w:t>Mapped inbound truck turnaround at the plant gate and suggested time slots for suppliers.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MBA in Supply Chain Management</w:t>
      </w:r>
      <w:r>
        <w:t xml:space="preserve"> — Private university, Vadodara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Electives: demand forecasting, logistics and warehousing</w:t>
      </w:r>
    </w:p>
    <w:p>
      <w:pPr>
        <w:spacing w:after="20"/>
      </w:pPr>
      <w:r>
        <w:rPr>
          <w:b/>
        </w:rPr>
        <w:t>B.Sc. in Chemistry</w:t>
      </w:r>
      <w:r>
        <w:t xml:space="preserve"> — College affiliated to a state university, Prayagraj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SAP MM, training institute course</w:t>
      </w:r>
    </w:p>
    <w:p>
      <w:pPr>
        <w:pStyle w:val="ListBullet"/>
        <w:spacing w:after="40"/>
      </w:pPr>
      <w:r>
        <w:t>Supply Chain Fundamentals, online course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Safety stock calculator — Excel tool using demand variation and lead time, adopted by the depot planners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Hindi · English · Gujarati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digitalcvmaker.com/resume-examples/supply-chain-professionals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Mayank Tiwari – Supply Chain Analyst resume</dc:title>
  <dc:subject>supply-chain-professionals resume example</dc:subject>
  <dc:creator>digitalcvmaker.com</dc:creator>
  <cp:keywords>template, supply-chain-professionals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