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Riya Menon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Marketing Intern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Kochi, Kerala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Second-year BBA student with a focus on digital marketing, social media content and campus event promotion. Ran the college fest Instagram page and handled sponsor outreach for a student club. Comfortable with Canva, Google Sheets and basic Meta Ads Manager, and looking for a summer internship with a consumer brand or agency.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Social media content · Canva · Google Sheets · Meta Ads Manager basics · Copywriting · Event promotion · Sponsor outreach · Public speaking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Social Media Coordinator (Student Role)</w:t>
      </w:r>
      <w:r>
        <w:t xml:space="preserve"> — annual inter-college cultural fest, Kochi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months · volunteer</w:t>
      </w:r>
    </w:p>
    <w:p>
      <w:pPr>
        <w:pStyle w:val="ListBullet"/>
        <w:spacing w:after="40"/>
      </w:pPr>
      <w:r>
        <w:t>Planned and published 60 posts and reels across the fest Instagram page, growing followers from 900 to 4,300 before event week.</w:t>
      </w:r>
    </w:p>
    <w:p>
      <w:pPr>
        <w:pStyle w:val="ListBullet"/>
        <w:spacing w:after="40"/>
      </w:pPr>
      <w:r>
        <w:t>Coordinated a team of five student designers using a shared content calendar and weekly review calls.</w:t>
      </w:r>
    </w:p>
    <w:p>
      <w:pPr>
        <w:pStyle w:val="ListBullet"/>
        <w:spacing w:after="40"/>
      </w:pPr>
      <w:r>
        <w:t>Wrote captions and story polls that pushed early-bird pass registrations past the target set by the organising committee.</w:t>
      </w:r>
    </w:p>
    <w:p>
      <w:pPr>
        <w:spacing w:after="20"/>
      </w:pPr>
      <w:r>
        <w:rPr>
          <w:b/>
        </w:rPr>
        <w:t>Marketing Trainee</w:t>
      </w:r>
      <w:r>
        <w:t xml:space="preserve"> — family-run bakery chain with three outlets, Kochi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6-week summer training</w:t>
      </w:r>
    </w:p>
    <w:p>
      <w:pPr>
        <w:pStyle w:val="ListBullet"/>
        <w:spacing w:after="40"/>
      </w:pPr>
      <w:r>
        <w:t>Set up a WhatsApp Business catalogue for 40 products and trained counter staff to share it with walk-in customers.</w:t>
      </w:r>
    </w:p>
    <w:p>
      <w:pPr>
        <w:pStyle w:val="ListBullet"/>
        <w:spacing w:after="40"/>
      </w:pPr>
      <w:r>
        <w:t>Collected and summarised 150 customer feedback slips into a short report on the most requested new items.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BBA (Marketing), second year</w:t>
      </w:r>
      <w:r>
        <w:t xml:space="preserve"> — autonomous arts and science college, Kochi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CGPA 8.4 after three semesters; coursework in consumer behaviour and marketing principles</w:t>
      </w:r>
    </w:p>
    <w:p>
      <w:pPr>
        <w:spacing w:after="20"/>
      </w:pPr>
      <w:r>
        <w:rPr>
          <w:b/>
        </w:rPr>
        <w:t>Class XII, Commerce</w:t>
      </w:r>
      <w:r>
        <w:t xml:space="preserve"> — CBSE senior secondary school, Thrissur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91 percent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Google Digital Marketing fundamentals course</w:t>
      </w:r>
    </w:p>
    <w:p>
      <w:pPr>
        <w:pStyle w:val="ListBullet"/>
        <w:spacing w:after="40"/>
      </w:pPr>
      <w:r>
        <w:t>Meta Blueprint introductory module on ads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Campus thrift sale campaign — designed posters and reels that helped sell 300 pre-loved items for a charity drive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Malayalam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digitalcvmaker.com/resume-examples/students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Riya Menon – Marketing Intern resume</dc:title>
  <dc:subject>students resume example</dc:subject>
  <dc:creator>digitalcvmaker.com</dc:creator>
  <cp:keywords>template, students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