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Aditya Kulkarni</w:t>
      </w:r>
    </w:p>
    <w:p>
      <w:pPr>
        <w:spacing w:after="40"/>
      </w:pPr>
      <w:r>
        <w:rPr>
          <w:b w:val="0"/>
          <w:i w:val="0"/>
          <w:color w:val="4B2ED6"/>
          <w:sz w:val="23"/>
        </w:rPr>
        <w:t>Graduate Software Engineer</w:t>
      </w:r>
    </w:p>
    <w:p>
      <w:pPr>
        <w:spacing w:after="120"/>
      </w:pPr>
      <w:r>
        <w:rPr>
          <w:b w:val="0"/>
          <w:i w:val="0"/>
          <w:color w:val="5B5F8A"/>
          <w:sz w:val="19"/>
        </w:rPr>
        <w:t>Pune, Maharashtra · [Phone] · [Email] · [Website or LinkedIn]</w:t>
      </w:r>
    </w:p>
    <w:p>
      <w:pPr>
        <w:spacing w:after="80" w:before="220"/>
        <w:pBdr>
          <w:bottom w:val="single" w:sz="6" w:space="2" w:color="4B2ED6"/>
        </w:pBdr>
      </w:pPr>
      <w:r>
        <w:rPr>
          <w:b/>
          <w:i w:val="0"/>
          <w:color w:val="4B2ED6"/>
          <w:sz w:val="21"/>
        </w:rPr>
        <w:t>PROFESSIONAL SUMMARY</w:t>
      </w:r>
    </w:p>
    <w:p>
      <w:r>
        <w:rPr>
          <w:b w:val="0"/>
          <w:i w:val="0"/>
        </w:rPr>
        <w:t>Final-year B.Tech Computer Engineering student with two software internships, a full-stack capstone project and a strong grounding in data structures. Builds React front ends and Spring Boot services, writes unit tests by habit and has shipped code used by real users. Ready for campus placement in backend or full-stack development roles.</w:t>
      </w:r>
    </w:p>
    <w:p>
      <w:pPr>
        <w:spacing w:after="80" w:before="220"/>
        <w:pBdr>
          <w:bottom w:val="single" w:sz="6" w:space="2" w:color="4B2ED6"/>
        </w:pBdr>
      </w:pPr>
      <w:r>
        <w:rPr>
          <w:b/>
          <w:i w:val="0"/>
          <w:color w:val="4B2ED6"/>
          <w:sz w:val="21"/>
        </w:rPr>
        <w:t>SKILLS</w:t>
      </w:r>
    </w:p>
    <w:p>
      <w:r>
        <w:rPr>
          <w:b w:val="0"/>
          <w:i w:val="0"/>
        </w:rPr>
        <w:t>Java · Spring Boot · React · PostgreSQL · REST APIs · Git and GitHub · JUnit · Docker basics · Data structures</w:t>
      </w:r>
    </w:p>
    <w:p>
      <w:pPr>
        <w:spacing w:after="80" w:before="220"/>
        <w:pBdr>
          <w:bottom w:val="single" w:sz="6" w:space="2" w:color="4B2ED6"/>
        </w:pBdr>
      </w:pPr>
      <w:r>
        <w:rPr>
          <w:b/>
          <w:i w:val="0"/>
          <w:color w:val="4B2ED6"/>
          <w:sz w:val="21"/>
        </w:rPr>
        <w:t>EXPERIENCE</w:t>
      </w:r>
    </w:p>
    <w:p>
      <w:pPr>
        <w:spacing w:after="20"/>
      </w:pPr>
      <w:r>
        <w:rPr>
          <w:b/>
        </w:rPr>
        <w:t>Software Engineering Intern</w:t>
      </w:r>
      <w:r>
        <w:t xml:space="preserve"> — Series-B logistics technology startup, Pune</w:t>
      </w:r>
    </w:p>
    <w:p>
      <w:pPr>
        <w:spacing w:after="120"/>
      </w:pPr>
      <w:r>
        <w:rPr>
          <w:b w:val="0"/>
          <w:i w:val="0"/>
          <w:color w:val="5B5F8A"/>
          <w:sz w:val="19"/>
        </w:rPr>
        <w:t>6-month internship</w:t>
      </w:r>
    </w:p>
    <w:p>
      <w:pPr>
        <w:pStyle w:val="ListBullet"/>
        <w:spacing w:after="40"/>
      </w:pPr>
      <w:r>
        <w:t>Built three REST endpoints in Spring Boot for shipment tracking, cutting average response time from 800 ms to 240 ms with query indexing.</w:t>
      </w:r>
    </w:p>
    <w:p>
      <w:pPr>
        <w:pStyle w:val="ListBullet"/>
        <w:spacing w:after="40"/>
      </w:pPr>
      <w:r>
        <w:t>Wrote over 90 JUnit tests for the billing module, lifting its line coverage from 41 to 78 percent.</w:t>
      </w:r>
    </w:p>
    <w:p>
      <w:pPr>
        <w:pStyle w:val="ListBullet"/>
        <w:spacing w:after="40"/>
      </w:pPr>
      <w:r>
        <w:t>Fixed 25 production bugs raised by the support team and documented the root cause of each in the team wiki.</w:t>
      </w:r>
    </w:p>
    <w:p>
      <w:pPr>
        <w:pStyle w:val="ListBullet"/>
        <w:spacing w:after="40"/>
      </w:pPr>
      <w:r>
        <w:t>Paired with a senior engineer during code reviews and adopted the team’s branching and pull request conventions within the first month.</w:t>
      </w:r>
    </w:p>
    <w:p>
      <w:pPr>
        <w:spacing w:after="20"/>
      </w:pPr>
      <w:r>
        <w:rPr>
          <w:b/>
        </w:rPr>
        <w:t>Web Development Intern</w:t>
      </w:r>
      <w:r>
        <w:t xml:space="preserve"> — mid-sized digital services agency, Remote</w:t>
      </w:r>
    </w:p>
    <w:p>
      <w:pPr>
        <w:spacing w:after="120"/>
      </w:pPr>
      <w:r>
        <w:rPr>
          <w:b w:val="0"/>
          <w:i w:val="0"/>
          <w:color w:val="5B5F8A"/>
          <w:sz w:val="19"/>
        </w:rPr>
        <w:t>2-month summer internship</w:t>
      </w:r>
    </w:p>
    <w:p>
      <w:pPr>
        <w:pStyle w:val="ListBullet"/>
        <w:spacing w:after="40"/>
      </w:pPr>
      <w:r>
        <w:t>Developed reusable React form components used across four client dashboards, reducing duplicate front-end code.</w:t>
      </w:r>
    </w:p>
    <w:p>
      <w:pPr>
        <w:pStyle w:val="ListBullet"/>
        <w:spacing w:after="40"/>
      </w:pPr>
      <w:r>
        <w:t>Converted Figma screens into responsive pages that passed cross-browser checks on Chrome, Firefox and Safari.</w:t>
      </w:r>
    </w:p>
    <w:p>
      <w:pPr>
        <w:pStyle w:val="ListBullet"/>
        <w:spacing w:after="40"/>
      </w:pPr>
      <w:r>
        <w:t>Integrated a payment gateway sandbox for a client demo and wrote a setup guide for the next intern batch.</w:t>
      </w:r>
    </w:p>
    <w:p>
      <w:pPr>
        <w:spacing w:after="20"/>
      </w:pPr>
      <w:r>
        <w:rPr>
          <w:b/>
        </w:rPr>
        <w:t>Technical Lead, Coding Club</w:t>
      </w:r>
      <w:r>
        <w:t xml:space="preserve"> — engineering college student chapter, Pune</w:t>
      </w:r>
    </w:p>
    <w:p>
      <w:pPr>
        <w:spacing w:after="120"/>
      </w:pPr>
      <w:r>
        <w:rPr>
          <w:b w:val="0"/>
          <w:i w:val="0"/>
          <w:color w:val="5B5F8A"/>
          <w:sz w:val="19"/>
        </w:rPr>
        <w:t>1 year · current</w:t>
      </w:r>
    </w:p>
    <w:p>
      <w:pPr>
        <w:pStyle w:val="ListBullet"/>
        <w:spacing w:after="40"/>
      </w:pPr>
      <w:r>
        <w:t>Organised weekly problem-solving sessions for 70 juniors, covering arrays, graphs and recursion.</w:t>
      </w:r>
    </w:p>
    <w:p>
      <w:pPr>
        <w:pStyle w:val="ListBullet"/>
        <w:spacing w:after="40"/>
      </w:pPr>
      <w:r>
        <w:t>Ran a 24-hour campus hackathon with 32 teams, managing judging rubrics, mentors and the submission portal.</w:t>
      </w:r>
    </w:p>
    <w:p>
      <w:pPr>
        <w:pStyle w:val="ListBullet"/>
        <w:spacing w:after="40"/>
      </w:pPr>
      <w:r>
        <w:t>Published solved problem sets on the club GitHub page, which juniors now use to prepare for coding interviews.</w:t>
      </w:r>
    </w:p>
    <w:p>
      <w:pPr>
        <w:spacing w:after="80" w:before="220"/>
        <w:pBdr>
          <w:bottom w:val="single" w:sz="6" w:space="2" w:color="4B2ED6"/>
        </w:pBdr>
      </w:pPr>
      <w:r>
        <w:rPr>
          <w:b/>
          <w:i w:val="0"/>
          <w:color w:val="4B2ED6"/>
          <w:sz w:val="21"/>
        </w:rPr>
        <w:t>EDUCATION</w:t>
      </w:r>
    </w:p>
    <w:p>
      <w:pPr>
        <w:spacing w:after="20"/>
      </w:pPr>
      <w:r>
        <w:rPr>
          <w:b/>
        </w:rPr>
        <w:t>B.Tech, Computer Engineering (final year)</w:t>
      </w:r>
      <w:r>
        <w:t xml:space="preserve"> — private engineering college affiliated to a state university, Pune</w:t>
      </w:r>
    </w:p>
    <w:p>
      <w:pPr>
        <w:spacing w:after="120"/>
      </w:pPr>
      <w:r>
        <w:rPr>
          <w:b w:val="0"/>
          <w:i w:val="0"/>
          <w:color w:val="5B5F8A"/>
          <w:sz w:val="19"/>
        </w:rPr>
        <w:t>CGPA 8.7; electives in distributed systems and cloud computing</w:t>
      </w:r>
    </w:p>
    <w:p>
      <w:pPr>
        <w:spacing w:after="80" w:before="220"/>
        <w:pBdr>
          <w:bottom w:val="single" w:sz="6" w:space="2" w:color="4B2ED6"/>
        </w:pBdr>
      </w:pPr>
      <w:r>
        <w:rPr>
          <w:b/>
          <w:i w:val="0"/>
          <w:color w:val="4B2ED6"/>
          <w:sz w:val="21"/>
        </w:rPr>
        <w:t>CERTIFICATIONS AND REGISTRATIONS</w:t>
      </w:r>
    </w:p>
    <w:p>
      <w:pPr>
        <w:pStyle w:val="ListBullet"/>
        <w:spacing w:after="40"/>
      </w:pPr>
      <w:r>
        <w:t>Oracle Certified Associate, Java SE</w:t>
      </w:r>
    </w:p>
    <w:p>
      <w:pPr>
        <w:pStyle w:val="ListBullet"/>
        <w:spacing w:after="40"/>
      </w:pPr>
      <w:r>
        <w:t>NPTEL course in Data Structures and Algorithms (Elite)</w:t>
      </w:r>
    </w:p>
    <w:p>
      <w:pPr>
        <w:spacing w:after="80" w:before="220"/>
        <w:pBdr>
          <w:bottom w:val="single" w:sz="6" w:space="2" w:color="4B2ED6"/>
        </w:pBdr>
      </w:pPr>
      <w:r>
        <w:rPr>
          <w:b/>
          <w:i w:val="0"/>
          <w:color w:val="4B2ED6"/>
          <w:sz w:val="21"/>
        </w:rPr>
        <w:t>PROJECTS</w:t>
      </w:r>
    </w:p>
    <w:p>
      <w:pPr>
        <w:pStyle w:val="ListBullet"/>
        <w:spacing w:after="40"/>
      </w:pPr>
      <w:r>
        <w:t>Hostel mess feedback app — React and Spring Boot app adopted by two hostels, logging 400 meal ratings a week</w:t>
      </w:r>
    </w:p>
    <w:p>
      <w:pPr>
        <w:pStyle w:val="ListBullet"/>
        <w:spacing w:after="40"/>
      </w:pPr>
      <w:r>
        <w:t>Library seat finder — real-time seat availability board using sensors and a small Node service, trialled in the central library</w:t>
      </w:r>
    </w:p>
    <w:p>
      <w:pPr>
        <w:spacing w:after="80" w:before="220"/>
        <w:pBdr>
          <w:bottom w:val="single" w:sz="6" w:space="2" w:color="4B2ED6"/>
        </w:pBdr>
      </w:pPr>
      <w:r>
        <w:rPr>
          <w:b/>
          <w:i w:val="0"/>
          <w:color w:val="4B2ED6"/>
          <w:sz w:val="21"/>
        </w:rPr>
        <w:t>LANGUAGES</w:t>
      </w:r>
    </w:p>
    <w:p>
      <w:r>
        <w:rPr>
          <w:b w:val="0"/>
          <w:i w:val="0"/>
        </w:rPr>
        <w:t>English · Hindi · Marathi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digitalcvmaker.com/resume-examples/students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Aditya Kulkarni – Graduate Software Engineer resume</dc:title>
  <dc:subject>students resume example</dc:subject>
  <dc:creator>digitalcvmaker.com</dc:creator>
  <cp:keywords>template, students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