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Rahul Patnaik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Software Engineer – Backend (Java)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Bhubaneswar, Odisha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B.Tech Computer Science graduate with a six-month backend internship building REST APIs in Java and Spring Boot for a logistics platform. Writes unit-tested code, understands relational database design and has solved over 400 data structures problems on coding practice sites. Looking for a backend engineering role on a product team that values code reviews.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Java · Spring Boot · REST APIs · MySQL · JUnit · Git · Docker basics · Data structures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Software Engineering Intern – Backend</w:t>
      </w:r>
      <w:r>
        <w:t xml:space="preserve"> — Logistics technology startup, Bhubaneswar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6-month internship</w:t>
      </w:r>
    </w:p>
    <w:p>
      <w:pPr>
        <w:pStyle w:val="ListBullet"/>
        <w:spacing w:after="40"/>
      </w:pPr>
      <w:r>
        <w:t>Built four REST endpoints in Spring Boot for shipment tracking, each covered by JUnit tests above the team’s coverage threshold.</w:t>
      </w:r>
    </w:p>
    <w:p>
      <w:pPr>
        <w:pStyle w:val="ListBullet"/>
        <w:spacing w:after="40"/>
      </w:pPr>
      <w:r>
        <w:t>Optimised a slow MySQL query on the consignment table by adding a composite index, reducing response time from seconds to milliseconds.</w:t>
      </w:r>
    </w:p>
    <w:p>
      <w:pPr>
        <w:pStyle w:val="ListBullet"/>
        <w:spacing w:after="40"/>
      </w:pPr>
      <w:r>
        <w:t>Fixed 23 bugs from the sprint backlog and learned to write clear pull request descriptions after feedback from senior reviewers.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B.Tech, Computer Science and Engineering</w:t>
      </w:r>
      <w:r>
        <w:t xml:space="preserve"> — State technical university, Bhubaneswar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Final-year project on bus arrival prediction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Oracle Certified Associate, Java SE Programmer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Campus canteen ordering app — Spring Boot and React app used by about 300 students during a semester pilot</w:t>
      </w:r>
    </w:p>
    <w:p>
      <w:pPr>
        <w:pStyle w:val="ListBullet"/>
        <w:spacing w:after="40"/>
      </w:pPr>
      <w:r>
        <w:t>URL shortener — built with Redis caching and rate limiting, deployed on a free cloud tier with Docker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Odia · Hindi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digitalcvmaker.com/resume-examples/software-engineers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Rahul Patnaik – Software Engineer – Backend (Java) resume</dc:title>
  <dc:subject>software-engineers resume example</dc:subject>
  <dc:creator>digitalcvmaker.com</dc:creator>
  <cp:keywords>template, software-engineers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