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Fatima Shaikh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Frontend Engineer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Pune,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Senior frontend engineer with six years building React and TypeScript applications for SaaS and fintech products. Leads the web platform for a B2B procurement tool, owns its component library and performance budgets, and reviews code for a squad of five. Cares about accessibility, fast page loads and clear documentation that helps new engineers contribute within their first week.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React · TypeScript · Next.js · Redux Toolkit · Web performance · Accessibility (WCAG) · Jest and Playwright · Design systems · CI/CD pipelines · Code reviews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Frontend Engineer</w:t>
      </w:r>
      <w:r>
        <w:t xml:space="preserve"> — Series-B B2B procurement SaaS company,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· current</w:t>
      </w:r>
    </w:p>
    <w:p>
      <w:pPr>
        <w:pStyle w:val="ListBullet"/>
        <w:spacing w:after="40"/>
      </w:pPr>
      <w:r>
        <w:t>Lead frontend architecture for a React and TypeScript web app used by around 600 enterprise buyers, reviewing work for five engineers.</w:t>
      </w:r>
    </w:p>
    <w:p>
      <w:pPr>
        <w:pStyle w:val="ListBullet"/>
        <w:spacing w:after="40"/>
      </w:pPr>
      <w:r>
        <w:t>Migrated the app from client-side rendering to Next.js, cutting the largest contentful paint on key pages by about 40 percent.</w:t>
      </w:r>
    </w:p>
    <w:p>
      <w:pPr>
        <w:pStyle w:val="ListBullet"/>
        <w:spacing w:after="40"/>
      </w:pPr>
      <w:r>
        <w:t>Built a shared component library with Storybook documentation, which reduced duplicate UI code and sped up new feature delivery.</w:t>
      </w:r>
    </w:p>
    <w:p>
      <w:pPr>
        <w:pStyle w:val="ListBullet"/>
        <w:spacing w:after="40"/>
      </w:pPr>
      <w:r>
        <w:t>Added Playwright end-to-end tests to the release pipeline, catching regressions that previously reached customers roughly twice a month.</w:t>
      </w:r>
    </w:p>
    <w:p>
      <w:pPr>
        <w:spacing w:after="20"/>
      </w:pPr>
      <w:r>
        <w:rPr>
          <w:b/>
        </w:rPr>
        <w:t>Software Engineer – Frontend</w:t>
      </w:r>
      <w:r>
        <w:t xml:space="preserve"> — Digital payments company,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 6 months</w:t>
      </w:r>
    </w:p>
    <w:p>
      <w:pPr>
        <w:pStyle w:val="ListBullet"/>
        <w:spacing w:after="40"/>
      </w:pPr>
      <w:r>
        <w:t>Developed merchant dashboard features for settlement reports and refunds, serving thousands of small merchants across India.</w:t>
      </w:r>
    </w:p>
    <w:p>
      <w:pPr>
        <w:pStyle w:val="ListBullet"/>
        <w:spacing w:after="40"/>
      </w:pPr>
      <w:r>
        <w:t>Improved keyboard navigation and screen-reader labels across checkout settings after an internal accessibility audit.</w:t>
      </w:r>
    </w:p>
    <w:p>
      <w:pPr>
        <w:pStyle w:val="ListBullet"/>
        <w:spacing w:after="40"/>
      </w:pPr>
      <w:r>
        <w:t>Worked with backend engineers to paginate heavy transaction tables, removing browser freezes reported by large merchants.</w:t>
      </w:r>
    </w:p>
    <w:p>
      <w:pPr>
        <w:spacing w:after="20"/>
      </w:pPr>
      <w:r>
        <w:rPr>
          <w:b/>
        </w:rPr>
        <w:t>Associate Software Engineer</w:t>
      </w:r>
      <w:r>
        <w:t xml:space="preserve"> — IT services company, Pune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Maintained Angular screens for an insurance client’s policy portal and resolved production tickets within agreed service levels.</w:t>
      </w:r>
    </w:p>
    <w:p>
      <w:pPr>
        <w:pStyle w:val="ListBullet"/>
        <w:spacing w:after="40"/>
      </w:pPr>
      <w:r>
        <w:t>Wrote unit tests for form validation logic that had caused repeated premium calculation defects in user acceptance testing.</w:t>
      </w:r>
    </w:p>
    <w:p>
      <w:pPr>
        <w:pStyle w:val="ListBullet"/>
        <w:spacing w:after="40"/>
      </w:pPr>
      <w:r>
        <w:t>Documented setup steps for the project’s local environment, helping three new joiners start contributing within days.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B.E., Information Technology</w:t>
      </w:r>
      <w:r>
        <w:t xml:space="preserve"> — University-affiliated engineering college, Pune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AWS Certified Cloud Practitioner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Open-source contribution — fixed date-picker accessibility issues in a popular React UI library, merged after maintainer review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Marathi · Urdu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digitalcvmaker.com/resume-examples/software-engineers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Fatima Shaikh – Senior Frontend Engineer resume</dc:title>
  <dc:subject>software-engineers resume example</dc:subject>
  <dc:creator>digitalcvmaker.com</dc:creator>
  <cp:keywords>template, software-engineers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