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Adil Rizvi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Business Development Executive – B2B SaaS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Lucknow, Uttar Pradesh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BBA graduate with one year of inside sales experience at a SaaS company selling billing software to small retailers and clinics. Makes 60 to 80 calls a day, qualifies leads using a simple needs checklist and books demos for account executives. Consistently met monthly meeting targets and now seeks a closing role with a quota.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Outbound cold calling · Lead qualification · Demo booking · CRM hygiene · Objection handling · WhatsApp Business follow-ups · Email sequencing · Product walkthroughs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Inside Sales Associate</w:t>
      </w:r>
      <w:r>
        <w:t xml:space="preserve"> — Early-stage billing software startup,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· current</w:t>
      </w:r>
    </w:p>
    <w:p>
      <w:pPr>
        <w:pStyle w:val="ListBullet"/>
        <w:spacing w:after="40"/>
      </w:pPr>
      <w:r>
        <w:t>Booked an average of 38 qualified demos a month against a target of 30 by focusing outreach on pharmacies and diagnostic centres.</w:t>
      </w:r>
    </w:p>
    <w:p>
      <w:pPr>
        <w:pStyle w:val="ListBullet"/>
        <w:spacing w:after="40"/>
      </w:pPr>
      <w:r>
        <w:t>Logged every call outcome in the CRM with next steps, which helped the team lead forecast pipeline for the monthly review.</w:t>
      </w:r>
    </w:p>
    <w:p>
      <w:pPr>
        <w:pStyle w:val="ListBullet"/>
        <w:spacing w:after="40"/>
      </w:pPr>
      <w:r>
        <w:t>Converted 14 small retailers directly on the phone by walking them through GST invoice setup during the first call.</w:t>
      </w:r>
    </w:p>
    <w:p>
      <w:pPr>
        <w:pStyle w:val="ListBullet"/>
        <w:spacing w:after="40"/>
      </w:pPr>
      <w:r>
        <w:t>Shared common objections in a weekly note that the marketing team later turned into a short FAQ video for prospects.</w:t>
      </w:r>
    </w:p>
    <w:p>
      <w:pPr>
        <w:spacing w:after="20"/>
      </w:pPr>
      <w:r>
        <w:rPr>
          <w:b/>
        </w:rPr>
        <w:t>Sales Intern</w:t>
      </w:r>
      <w:r>
        <w:t xml:space="preserve"> — Consumer durables dealership, Kanpur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3-month internship</w:t>
      </w:r>
    </w:p>
    <w:p>
      <w:pPr>
        <w:pStyle w:val="ListBullet"/>
        <w:spacing w:after="40"/>
      </w:pPr>
      <w:r>
        <w:t>Assisted floor staff during the festive season and followed up with walk-in customers, closing 11 appliance sales on EMI schemes.</w:t>
      </w:r>
    </w:p>
    <w:p>
      <w:pPr>
        <w:pStyle w:val="ListBullet"/>
        <w:spacing w:after="40"/>
      </w:pPr>
      <w:r>
        <w:t>Maintained a daily enquiry register that the owner used to plan weekend stock and staffing levels.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BBA, Marketing</w:t>
      </w:r>
      <w:r>
        <w:t xml:space="preserve"> — State university,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Final-year project on retail credit adoption in small towns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Certificate in B2B Sales Fundamentals (online)</w:t>
      </w:r>
    </w:p>
    <w:p>
      <w:pPr>
        <w:pStyle w:val="ListBullet"/>
        <w:spacing w:after="40"/>
      </w:pPr>
      <w:r>
        <w:t>HubSpot Inbound Sales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Urdu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digitalcvmaker.com/resume-examples/sales-professionals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Adil Rizvi – Business Development Executive – B2B SaaS resume</dc:title>
  <dc:subject>sales-professionals resume example</dc:subject>
  <dc:creator>digitalcvmaker.com</dc:creator>
  <cp:keywords>template, sales-professionals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