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Priyanka Rawat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Front Office Receptionist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Dehradun, Uttarakhand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Commerce graduate with eight months at the front desk of a multi-speciality dental clinic, handling appointments, phone enquiries and patient billing. Uses clinic software for bookings, keeps visitor records and manages the waiting area during peak evening hours. Seeking a receptionist role in a corporate office, hospital or premium clinic.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Appointment scheduling · Phone and walk-in enquiries · Clinic management software · Billing and UPI payments · Visitor registers · MS Word and Excel · Courier and records · Polite communication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Front Desk Executive</w:t>
      </w:r>
      <w:r>
        <w:t xml:space="preserve"> — Multi-speciality dental clinic, Dehradun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8 months · current</w:t>
      </w:r>
    </w:p>
    <w:p>
      <w:pPr>
        <w:pStyle w:val="ListBullet"/>
        <w:spacing w:after="40"/>
      </w:pPr>
      <w:r>
        <w:t>Greet and register 40 to 60 patients a day, booking follow-ups and sending reminders through the clinic software.</w:t>
      </w:r>
    </w:p>
    <w:p>
      <w:pPr>
        <w:pStyle w:val="ListBullet"/>
        <w:spacing w:after="40"/>
      </w:pPr>
      <w:r>
        <w:t>Answer phone enquiries about treatments and costs, transferring clinical questions to the right doctor.</w:t>
      </w:r>
    </w:p>
    <w:p>
      <w:pPr>
        <w:pStyle w:val="ListBullet"/>
        <w:spacing w:after="40"/>
      </w:pPr>
      <w:r>
        <w:t>Collect payments by cash, card and UPI, issue receipts and tally the daily collection with the manager.</w:t>
      </w:r>
    </w:p>
    <w:p>
      <w:pPr>
        <w:pStyle w:val="ListBullet"/>
        <w:spacing w:after="40"/>
      </w:pPr>
      <w:r>
        <w:t>Keep the waiting area calm during evening rush by updating patients on delays and offering rescheduling options.</w:t>
      </w:r>
    </w:p>
    <w:p>
      <w:pPr>
        <w:spacing w:after="20"/>
      </w:pPr>
      <w:r>
        <w:rPr>
          <w:b/>
        </w:rPr>
        <w:t>Office Assistant (Internship)</w:t>
      </w:r>
      <w:r>
        <w:t xml:space="preserve"> — Small chartered accountancy office, Dehradun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3-month internship</w:t>
      </w:r>
    </w:p>
    <w:p>
      <w:pPr>
        <w:pStyle w:val="ListBullet"/>
        <w:spacing w:after="40"/>
      </w:pPr>
      <w:r>
        <w:t>Maintained client files, inward and outward registers and couriers for tax season documents.</w:t>
      </w:r>
    </w:p>
    <w:p>
      <w:pPr>
        <w:pStyle w:val="ListBullet"/>
        <w:spacing w:after="40"/>
      </w:pPr>
      <w:r>
        <w:t>Answered calls and scheduled client meetings in a shared calendar for two partners.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B.Com</w:t>
      </w:r>
      <w:r>
        <w:t xml:space="preserve"> — Government degree college, Dehradun</w:t>
      </w:r>
    </w:p>
    <w:p>
      <w:pPr>
        <w:spacing w:after="20"/>
      </w:pPr>
      <w:r>
        <w:rPr>
          <w:b/>
        </w:rPr>
        <w:t>Higher Secondary (Commerce)</w:t>
      </w:r>
      <w:r>
        <w:t xml:space="preserve"> — State board school, Rishikesh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Front Office Management, short course</w:t>
      </w:r>
    </w:p>
    <w:p>
      <w:pPr>
        <w:pStyle w:val="ListBullet"/>
        <w:spacing w:after="40"/>
      </w:pPr>
      <w:r>
        <w:t>MS Office, computer training institute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Reminder script — wrote a standard SMS and WhatsApp reminder message that reduced missed appointments at the clinic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English · Garhwali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digitalcvmaker.com/resume-examples/receptionists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Priyanka Rawat – Front Office Receptionist resume</dc:title>
  <dc:subject>receptionists resume example</dc:subject>
  <dc:creator>digitalcvmaker.com</dc:creator>
  <cp:keywords>template, receptionists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