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Ankita Dubey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QA Engineer Trainee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Bhopal, Madhya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Computer science graduate with a six-month software testing internship on a healthcare appointment app. Writes clear test cases and bug reports, runs API tests in Postman and has built a starter Selenium framework in Java with TestNG. ISTQB Foundation certified. Looking for a QA trainee or junior test engineer role with exposure to automation.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Manual functional testing · Test case design · Bug reporting in Jira · Postman API testing · Selenium WebDriver with Java · TestNG · SQL for data checks · Regression testing · Mobile app testing basics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Software Testing Intern</w:t>
      </w:r>
      <w:r>
        <w:t xml:space="preserve"> — Health-tech startup building a doctor appointment app, Bhopal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Wrote 220 test cases for booking, payments and reminders, using boundary values and equivalence classes for input fields.</w:t>
      </w:r>
    </w:p>
    <w:p>
      <w:pPr>
        <w:pStyle w:val="ListBullet"/>
        <w:spacing w:after="40"/>
      </w:pPr>
      <w:r>
        <w:t>Logged 85 defects in Jira with steps, screenshots and device details; developers accepted nearly all of them on first review.</w:t>
      </w:r>
    </w:p>
    <w:p>
      <w:pPr>
        <w:pStyle w:val="ListBullet"/>
        <w:spacing w:after="40"/>
      </w:pPr>
      <w:r>
        <w:t>Tested 30 REST endpoints in Postman, including negative cases for expired sessions and invalid slots.</w:t>
      </w:r>
    </w:p>
    <w:p>
      <w:pPr>
        <w:pStyle w:val="ListBullet"/>
        <w:spacing w:after="40"/>
      </w:pPr>
      <w:r>
        <w:t>Automated the login and booking smoke suite in Selenium, trimming daily smoke testing from an hour to ten minutes.</w:t>
      </w:r>
    </w:p>
    <w:p>
      <w:pPr>
        <w:spacing w:after="20"/>
      </w:pPr>
      <w:r>
        <w:rPr>
          <w:b/>
        </w:rPr>
        <w:t>Freelance Tester</w:t>
      </w:r>
      <w:r>
        <w:t xml:space="preserve"> — Crowdtesting platform, Remote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8 months · part-time</w:t>
      </w:r>
    </w:p>
    <w:p>
      <w:pPr>
        <w:pStyle w:val="ListBullet"/>
        <w:spacing w:after="40"/>
      </w:pPr>
      <w:r>
        <w:t>Tested shopping and travel apps on Android devices against given scenarios and exploratory charters.</w:t>
      </w:r>
    </w:p>
    <w:p>
      <w:pPr>
        <w:pStyle w:val="ListBullet"/>
        <w:spacing w:after="40"/>
      </w:pPr>
      <w:r>
        <w:t>Earned top-tier tester status on the platform for detailed, reproducible bug reports.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B.Tech in Computer Science</w:t>
      </w:r>
      <w:r>
        <w:t xml:space="preserve"> — Private engineering college affiliated to a state technical university, Bhopal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Final project: test plan and automation suite for a college event registration site</w:t>
      </w:r>
    </w:p>
    <w:p>
      <w:pPr>
        <w:spacing w:after="20"/>
      </w:pPr>
      <w:r>
        <w:rPr>
          <w:b/>
        </w:rPr>
        <w:t>Higher Secondary (PCM)</w:t>
      </w:r>
      <w:r>
        <w:t xml:space="preserve"> — State board higher secondary school, Jabalpur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ISTQB Certified Tester Foundation Level</w:t>
      </w:r>
    </w:p>
    <w:p>
      <w:pPr>
        <w:pStyle w:val="ListBullet"/>
        <w:spacing w:after="40"/>
      </w:pPr>
      <w:r>
        <w:t>Selenium WebDriver with Java, online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Open-source contribution — reported and verified accessibility bugs for a public transport timetable app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digitalcvmaker.com/resume-examples/qa-engineers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Ankita Dubey – QA Engineer Trainee resume</dc:title>
  <dc:subject>qa-engineers resume example</dc:subject>
  <dc:creator>digitalcvmaker.com</dc:creator>
  <cp:keywords>template, qa-engineers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