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Mohit Grover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Senior QA Automation Engineer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Chandigarh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QA engineer with eight years of experience testing banking, insurance and e-commerce applications, moving from manual testing to leading automation. Builds Playwright and Rest Assured frameworks, runs them in CI and leads a team of five testers. Cares about catching defects early, keeping regression suites fast and giving developers bug reports they can act on immediately.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Test automation strategy · Playwright and Selenium · Rest Assured API testing · JMeter performance testing · Jenkins and GitHub Actions · Test planning and estimation · Defect triage · SQL · Mobile testing with Appium · Team mentoring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Senior QA Automation Engineer</w:t>
      </w:r>
      <w:r>
        <w:t xml:space="preserve"> — Insurance technology company, Mohali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 · current</w:t>
      </w:r>
    </w:p>
    <w:p>
      <w:pPr>
        <w:pStyle w:val="ListBullet"/>
        <w:spacing w:after="40"/>
      </w:pPr>
      <w:r>
        <w:t>Built a Playwright and TypeScript framework covering 1,400 UI and API scenarios for the policy purchase and claims portals.</w:t>
      </w:r>
    </w:p>
    <w:p>
      <w:pPr>
        <w:pStyle w:val="ListBullet"/>
        <w:spacing w:after="40"/>
      </w:pPr>
      <w:r>
        <w:t>Cut full regression from three days of manual effort to a 90-minute nightly run in Jenkins with parallel execution.</w:t>
      </w:r>
    </w:p>
    <w:p>
      <w:pPr>
        <w:pStyle w:val="ListBullet"/>
        <w:spacing w:after="40"/>
      </w:pPr>
      <w:r>
        <w:t>Introduced risk-based test planning per release, which lowered production defects reported by customers.</w:t>
      </w:r>
    </w:p>
    <w:p>
      <w:pPr>
        <w:pStyle w:val="ListBullet"/>
        <w:spacing w:after="40"/>
      </w:pPr>
      <w:r>
        <w:t>Lead five testers, review test cases and run weekly defect triage with developers and the product owner.</w:t>
      </w:r>
    </w:p>
    <w:p>
      <w:pPr>
        <w:spacing w:after="20"/>
      </w:pPr>
      <w:r>
        <w:rPr>
          <w:b/>
        </w:rPr>
        <w:t>QA Engineer</w:t>
      </w:r>
      <w:r>
        <w:t xml:space="preserve"> — E-commerce platform for electronics, Gurugram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Ran JMeter load tests before sale events, finding a cart service bottleneck that engineering fixed ahead of launch.</w:t>
      </w:r>
    </w:p>
    <w:p>
      <w:pPr>
        <w:pStyle w:val="ListBullet"/>
        <w:spacing w:after="40"/>
      </w:pPr>
      <w:r>
        <w:t>Automated payment and order APIs with Rest Assured, adding checks for refunds and partial cancellations.</w:t>
      </w:r>
    </w:p>
    <w:p>
      <w:pPr>
        <w:pStyle w:val="ListBullet"/>
        <w:spacing w:after="40"/>
      </w:pPr>
      <w:r>
        <w:t>Tested Android and iOS releases with Appium on a device farm, tracking crashes by device model.</w:t>
      </w:r>
    </w:p>
    <w:p>
      <w:pPr>
        <w:spacing w:after="20"/>
      </w:pPr>
      <w:r>
        <w:rPr>
          <w:b/>
        </w:rPr>
        <w:t>Test Engineer</w:t>
      </w:r>
      <w:r>
        <w:t xml:space="preserve"> — IT services company, banking client team, Chandigarh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Executed functional and regression tests for an internet banking upgrade, including fund transfer limits and OTP flows.</w:t>
      </w:r>
    </w:p>
    <w:p>
      <w:pPr>
        <w:pStyle w:val="ListBullet"/>
        <w:spacing w:after="40"/>
      </w:pPr>
      <w:r>
        <w:t>Validated back-end data with SQL after batch jobs and raised mismatches with the database team.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MCA</w:t>
      </w:r>
      <w:r>
        <w:t xml:space="preserve"> — University department of computer science, Chandigarh</w:t>
      </w:r>
    </w:p>
    <w:p>
      <w:pPr>
        <w:spacing w:after="20"/>
      </w:pPr>
      <w:r>
        <w:rPr>
          <w:b/>
        </w:rPr>
        <w:t>B.Sc. in Computer Science</w:t>
      </w:r>
      <w:r>
        <w:t xml:space="preserve"> — Government college, Ludhiana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ISTQB Advanced Level Test Automation Engineer</w:t>
      </w:r>
    </w:p>
    <w:p>
      <w:pPr>
        <w:pStyle w:val="ListBullet"/>
        <w:spacing w:after="40"/>
      </w:pPr>
      <w:r>
        <w:t>ISTQB Certified Tester Foundation Level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Flaky test clean-up — tagged and fixed unstable tests, raising the nightly pass rate to a steady level the team trusted</w:t>
      </w:r>
    </w:p>
    <w:p>
      <w:pPr>
        <w:pStyle w:val="ListBullet"/>
        <w:spacing w:after="40"/>
      </w:pPr>
      <w:r>
        <w:t>Test data service — built a small API that creates policies and users on demand for automated tests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Hindi · Punjabi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digitalcvmaker.com/resume-examples/qa-engineers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Mohit Grover – Senior QA Automation Engineer resume</dc:title>
  <dc:subject>qa-engineers resume example</dc:subject>
  <dc:creator>digitalcvmaker.com</dc:creator>
  <cp:keywords>template, qa-engineers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