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Aakash Mehrotra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Associate Product Manager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Bengaluru, Karnataka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Engineering graduate and MBA with a product internship at a B2C edtech app, owning a revision planner feature from research to launch. Comfortable running user interviews, writing PRDs, sizing opportunities and reading funnels in Mixpanel and SQL. Looking for an associate product manager role at a consumer or SaaS company.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User interviews · PRD writing · Funnel analysis (Mixpanel) · SQL · Wireframing in Figma · A/B test design · Prioritisation frameworks · Jira · Competitive analysis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Product Management Intern</w:t>
      </w:r>
      <w:r>
        <w:t xml:space="preserve"> — Consumer edtech app for competitive exam preparation,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Interviewed 25 learners preparing for state exams and found that missed revision, not content gaps, drove most dropouts.</w:t>
      </w:r>
    </w:p>
    <w:p>
      <w:pPr>
        <w:pStyle w:val="ListBullet"/>
        <w:spacing w:after="40"/>
      </w:pPr>
      <w:r>
        <w:t>Wrote the PRD for a weekly revision planner and worked with two engineers and a designer to ship it in five sprints.</w:t>
      </w:r>
    </w:p>
    <w:p>
      <w:pPr>
        <w:pStyle w:val="ListBullet"/>
        <w:spacing w:after="40"/>
      </w:pPr>
      <w:r>
        <w:t>Planner users showed noticeably higher week-four retention than a matched control group in the launch A/B test.</w:t>
      </w:r>
    </w:p>
    <w:p>
      <w:pPr>
        <w:pStyle w:val="ListBullet"/>
        <w:spacing w:after="40"/>
      </w:pPr>
      <w:r>
        <w:t>Set up Mixpanel events and a dashboard so the team could track planner adoption without asking analysts.</w:t>
      </w:r>
    </w:p>
    <w:p>
      <w:pPr>
        <w:spacing w:after="20"/>
      </w:pPr>
      <w:r>
        <w:rPr>
          <w:b/>
        </w:rPr>
        <w:t>Software Engineer</w:t>
      </w:r>
      <w:r>
        <w:t xml:space="preserve"> — IT services company, retail client team, Hyderabad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6 months</w:t>
      </w:r>
    </w:p>
    <w:p>
      <w:pPr>
        <w:pStyle w:val="ListBullet"/>
        <w:spacing w:after="40"/>
      </w:pPr>
      <w:r>
        <w:t>Built order tracking APIs in Java for a retail client’s mobile app and joined user acceptance calls with the client product owner.</w:t>
      </w:r>
    </w:p>
    <w:p>
      <w:pPr>
        <w:pStyle w:val="ListBullet"/>
        <w:spacing w:after="40"/>
      </w:pPr>
      <w:r>
        <w:t>Suggested a simpler return-request flow after reading support tickets, which the client added to the next release.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MBA</w:t>
      </w:r>
      <w:r>
        <w:t xml:space="preserve"> — Private business school,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Product management club lead; winner of an inter-college product teardown contest</w:t>
      </w:r>
    </w:p>
    <w:p>
      <w:pPr>
        <w:spacing w:after="20"/>
      </w:pPr>
      <w:r>
        <w:rPr>
          <w:b/>
        </w:rPr>
        <w:t>B.Tech in Computer Science</w:t>
      </w:r>
      <w:r>
        <w:t xml:space="preserve"> — Private engineering college, Jaipur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Product Analytics with Mixpanel, online course</w:t>
      </w:r>
    </w:p>
    <w:p>
      <w:pPr>
        <w:pStyle w:val="ListBullet"/>
        <w:spacing w:after="40"/>
      </w:pPr>
      <w:r>
        <w:t>Google UX Design Certificate (selected modules)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Product teardown series — published eight teardowns of Indian consumer apps covering onboarding, pricing and retention loops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digitalcvmaker.com/resume-examples/product-managers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Aakash Mehrotra – Associate Product Manager resume</dc:title>
  <dc:subject>product-managers resume example</dc:subject>
  <dc:creator>digitalcvmaker.com</dc:creator>
  <cp:keywords>template, product-managers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