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Karthik Subramanian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Junior Physiotherapist (Sports and Orthopaedics)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Chennai, Tamil Nadu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BPT graduate with a six-month internship spanning orthopaedic, neurological and cardiopulmonary rehabilitation, plus a sports clinic elective. Skilled in exercise prescription, taping, basic manual therapy and electrotherapy. Seeking a junior physiotherapist role in a sports or orthopaedic clinic where return-to-play assessment and progressive loading are part of daily practice.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Exercise prescription · Kinesio taping · Joint mobilisation · Electrotherapy · Gait training · Range of motion assessment · Post-op rehab · Patient home programmes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Physiotherapy Intern</w:t>
      </w:r>
      <w:r>
        <w:t xml:space="preserve"> — 350-bed multi-speciality hospital, Chennai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6-month internship</w:t>
      </w:r>
    </w:p>
    <w:p>
      <w:pPr>
        <w:pStyle w:val="ListBullet"/>
        <w:spacing w:after="40"/>
      </w:pPr>
      <w:r>
        <w:t>Treated ten to twelve outpatients daily with knee, shoulder and low back conditions under a senior physiotherapist.</w:t>
      </w:r>
    </w:p>
    <w:p>
      <w:pPr>
        <w:pStyle w:val="ListBullet"/>
        <w:spacing w:after="40"/>
      </w:pPr>
      <w:r>
        <w:t>Started early mobilisation for post-operative knee replacement patients in the ward, progressing them from bed exercises to walker gait.</w:t>
      </w:r>
    </w:p>
    <w:p>
      <w:pPr>
        <w:pStyle w:val="ListBullet"/>
        <w:spacing w:after="40"/>
      </w:pPr>
      <w:r>
        <w:t>Delivered chest physiotherapy and incentive spirometry sessions for patients recovering from abdominal surgery.</w:t>
      </w:r>
    </w:p>
    <w:p>
      <w:pPr>
        <w:pStyle w:val="ListBullet"/>
        <w:spacing w:after="40"/>
      </w:pPr>
      <w:r>
        <w:t>Wrote simple illustrated home exercise sheets in Tamil so patients could continue routines between visits.</w:t>
      </w:r>
    </w:p>
    <w:p>
      <w:pPr>
        <w:spacing w:after="20"/>
      </w:pPr>
      <w:r>
        <w:rPr>
          <w:b/>
        </w:rPr>
        <w:t>Elective Trainee</w:t>
      </w:r>
      <w:r>
        <w:t xml:space="preserve"> — sports injury clinic attached to a city football academy, Chennai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2-month elective</w:t>
      </w:r>
    </w:p>
    <w:p>
      <w:pPr>
        <w:pStyle w:val="ListBullet"/>
        <w:spacing w:after="40"/>
      </w:pPr>
      <w:r>
        <w:t>Assisted with pre-season screening of youth footballers, recording flexibility, balance and hop test results.</w:t>
      </w:r>
    </w:p>
    <w:p>
      <w:pPr>
        <w:pStyle w:val="ListBullet"/>
        <w:spacing w:after="40"/>
      </w:pPr>
      <w:r>
        <w:t>Applied taping and supervised return-to-run drills for players recovering from ankle sprains.</w:t>
      </w:r>
    </w:p>
    <w:p>
      <w:pPr>
        <w:pStyle w:val="ListBullet"/>
        <w:spacing w:after="40"/>
      </w:pPr>
      <w:r>
        <w:t>Tracked each player’s rehab progress in a shared sheet reviewed weekly by the head physiotherapist.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Bachelor of Physiotherapy (BPT)</w:t>
      </w:r>
      <w:r>
        <w:t xml:space="preserve"> — private physiotherapy college affiliated to a medical university, Chennai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Elective in sports rehabilitation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Kinesio taping workshop</w:t>
      </w:r>
    </w:p>
    <w:p>
      <w:pPr>
        <w:pStyle w:val="ListBullet"/>
        <w:spacing w:after="40"/>
      </w:pPr>
      <w:r>
        <w:t>Basic Life Support (BLS) certification</w:t>
      </w:r>
    </w:p>
    <w:p>
      <w:pPr>
        <w:pStyle w:val="ListBullet"/>
        <w:spacing w:after="40"/>
      </w:pPr>
      <w:r>
        <w:t>Short course in dry needling fundamentals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Final-year study — measured hamstring flexibility changes in thirty college athletes after a four-week stretching routine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Tamil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digitalcvmaker.com/resume-examples/physiotherapists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Karthik Subramanian – Junior Physiotherapist (Sports and Orthopaedics) resume</dc:title>
  <dc:subject>physiotherapists resume example</dc:subject>
  <dc:creator>digitalcvmaker.com</dc:creator>
  <cp:keywords>template, physiotherapists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