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Snehal Patil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Operations Executive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Nashik, Maharashtra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MBA operations graduate with ten months as a management trainee at a packaging manufacturer, supporting production planning, shift reports and a lean improvement project. Comfortable with Excel dashboards, 5S audits and daily production meetings. Looking for an operations executive or assistant manager role in manufacturing or warehousing in western India.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Production planning support · Daily MIS reports · Lean and 5S · Root-cause analysis · Excel dashboards · Shift coordination · Inventory tracking · SAP MM and PP basics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Management Trainee, Operations</w:t>
      </w:r>
      <w:r>
        <w:t xml:space="preserve"> — Corrugated packaging manufacturer, Nashik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10 months · current</w:t>
      </w:r>
    </w:p>
    <w:p>
      <w:pPr>
        <w:pStyle w:val="ListBullet"/>
        <w:spacing w:after="40"/>
      </w:pPr>
      <w:r>
        <w:t>Prepare daily production and wastage reports for three shifts, used in the morning review with the plant head.</w:t>
      </w:r>
    </w:p>
    <w:p>
      <w:pPr>
        <w:pStyle w:val="ListBullet"/>
        <w:spacing w:after="40"/>
      </w:pPr>
      <w:r>
        <w:t>Ran 5S audits across the corrugation and printing lines, tracking scores weekly on a visual board.</w:t>
      </w:r>
    </w:p>
    <w:p>
      <w:pPr>
        <w:pStyle w:val="ListBullet"/>
        <w:spacing w:after="40"/>
      </w:pPr>
      <w:r>
        <w:t>Supported a changeover reduction project on the printing line that cut average changeover time noticeably.</w:t>
      </w:r>
    </w:p>
    <w:p>
      <w:pPr>
        <w:pStyle w:val="ListBullet"/>
        <w:spacing w:after="40"/>
      </w:pPr>
      <w:r>
        <w:t>Updated the weekly production plan in Excel when urgent customer orders came in, checking board stock first.</w:t>
      </w:r>
    </w:p>
    <w:p>
      <w:pPr>
        <w:spacing w:after="20"/>
      </w:pPr>
      <w:r>
        <w:rPr>
          <w:b/>
        </w:rPr>
        <w:t>Summer Intern</w:t>
      </w:r>
      <w:r>
        <w:t xml:space="preserve"> — Third-party logistics warehouse, Bhiwandi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2-month internship</w:t>
      </w:r>
    </w:p>
    <w:p>
      <w:pPr>
        <w:pStyle w:val="ListBullet"/>
        <w:spacing w:after="40"/>
      </w:pPr>
      <w:r>
        <w:t>Timed pick and pack activities and proposed a new bin layout for fast-moving items.</w:t>
      </w:r>
    </w:p>
    <w:p>
      <w:pPr>
        <w:pStyle w:val="ListBullet"/>
        <w:spacing w:after="40"/>
      </w:pPr>
      <w:r>
        <w:t>Built a simple dashboard of dock-to-stock time for the warehouse manager.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MBA in Operations and Supply Chain</w:t>
      </w:r>
      <w:r>
        <w:t xml:space="preserve"> — Private business school, Pune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Project: line balancing study for an auto component assembly line</w:t>
      </w:r>
    </w:p>
    <w:p>
      <w:pPr>
        <w:spacing w:after="20"/>
      </w:pPr>
      <w:r>
        <w:rPr>
          <w:b/>
        </w:rPr>
        <w:t>B.E. in Mechanical Engineering</w:t>
      </w:r>
      <w:r>
        <w:t xml:space="preserve"> — Engineering college affiliated to a state university, Nashik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Lean Six Sigma Yellow Belt</w:t>
      </w:r>
    </w:p>
    <w:p>
      <w:pPr>
        <w:pStyle w:val="ListBullet"/>
        <w:spacing w:after="40"/>
      </w:pPr>
      <w:r>
        <w:t>SAP Production Planning, training institute course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Wastage tracker — Excel tool for recording board wastage by cause, now used by shift supervisors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Marathi · Hindi · English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digitalcvmaker.com/resume-examples/operations-managers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Snehal Patil – Operations Executive resume</dc:title>
  <dc:subject>operations-managers resume example</dc:subject>
  <dc:creator>digitalcvmaker.com</dc:creator>
  <cp:keywords>template, operations-managers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