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Rajiv Saxena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Operations Manager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Lucknow, Uttar Pradesh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Operations manager with 13 years in logistics and e-commerce fulfilment, currently running a regional network of four warehouses and 22 delivery hubs. Leads 600 people through supervisors and vendors, owns the operating budget and drives productivity, cost per shipment and on-time delivery. Strong in lean methods, workforce planning and building simple, daily review routines.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Multi-site operations · Warehouse and last-mile delivery · Budget and cost control · Workforce planning · Lean and Six Sigma · Vendor and 3PL management · KPI dashboards · Safety and compliance · Peak season planning · People leadership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Regional Operations Manager</w:t>
      </w:r>
      <w:r>
        <w:t xml:space="preserve"> — E-commerce logistics company, Lucknow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5 years · current</w:t>
      </w:r>
    </w:p>
    <w:p>
      <w:pPr>
        <w:pStyle w:val="ListBullet"/>
        <w:spacing w:after="40"/>
      </w:pPr>
      <w:r>
        <w:t>Run four fulfilment warehouses and 22 last-mile hubs across central and eastern Uttar Pradesh.</w:t>
      </w:r>
    </w:p>
    <w:p>
      <w:pPr>
        <w:pStyle w:val="ListBullet"/>
        <w:spacing w:after="40"/>
      </w:pPr>
      <w:r>
        <w:t>Lowered cost per shipment by redesigning hub routes and moving sorting to two central nodes.</w:t>
      </w:r>
    </w:p>
    <w:p>
      <w:pPr>
        <w:pStyle w:val="ListBullet"/>
        <w:spacing w:after="40"/>
      </w:pPr>
      <w:r>
        <w:t>Plan staffing and vendor capacity for festive sale peaks, keeping on-time delivery within target during the busiest weeks.</w:t>
      </w:r>
    </w:p>
    <w:p>
      <w:pPr>
        <w:pStyle w:val="ListBullet"/>
        <w:spacing w:after="40"/>
      </w:pPr>
      <w:r>
        <w:t>Set up daily tier meetings at every site with a common KPI board for productivity, backlogs and safety.</w:t>
      </w:r>
    </w:p>
    <w:p>
      <w:pPr>
        <w:pStyle w:val="ListBullet"/>
        <w:spacing w:after="40"/>
      </w:pPr>
      <w:r>
        <w:t>Manage the regional operating budget and present monthly reviews to the zonal head.</w:t>
      </w:r>
    </w:p>
    <w:p>
      <w:pPr>
        <w:spacing w:after="20"/>
      </w:pPr>
      <w:r>
        <w:rPr>
          <w:b/>
        </w:rPr>
        <w:t>Operations Manager</w:t>
      </w:r>
      <w:r>
        <w:t xml:space="preserve"> — Third-party logistics provider, Kanpur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5 years</w:t>
      </w:r>
    </w:p>
    <w:p>
      <w:pPr>
        <w:pStyle w:val="ListBullet"/>
        <w:spacing w:after="40"/>
      </w:pPr>
      <w:r>
        <w:t>Ran a 200,000 sq ft warehouse for consumer goods clients with 180 staff across shifts.</w:t>
      </w:r>
    </w:p>
    <w:p>
      <w:pPr>
        <w:pStyle w:val="ListBullet"/>
        <w:spacing w:after="40"/>
      </w:pPr>
      <w:r>
        <w:t>Cut inventory mismatches through cycle counting and better bin labelling.</w:t>
      </w:r>
    </w:p>
    <w:p>
      <w:pPr>
        <w:pStyle w:val="ListBullet"/>
        <w:spacing w:after="40"/>
      </w:pPr>
      <w:r>
        <w:t>Renewed two major client contracts after improving service levels and reporting.</w:t>
      </w:r>
    </w:p>
    <w:p>
      <w:pPr>
        <w:spacing w:after="20"/>
      </w:pPr>
      <w:r>
        <w:rPr>
          <w:b/>
        </w:rPr>
        <w:t>Assistant Manager, Operations</w:t>
      </w:r>
      <w:r>
        <w:t xml:space="preserve"> — Express courier company, Lucknow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years</w:t>
      </w:r>
    </w:p>
    <w:p>
      <w:pPr>
        <w:pStyle w:val="ListBullet"/>
        <w:spacing w:after="40"/>
      </w:pPr>
      <w:r>
        <w:t>Managed hub operations for inbound and outbound shipments, including manpower and vehicle scheduling.</w:t>
      </w:r>
    </w:p>
    <w:p>
      <w:pPr>
        <w:pStyle w:val="ListBullet"/>
        <w:spacing w:after="40"/>
      </w:pPr>
      <w:r>
        <w:t>Reduced misroutes by introducing scan checks before vehicle loading.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MBA in Operations Management</w:t>
      </w:r>
      <w:r>
        <w:t xml:space="preserve"> — University institute of management, Lucknow</w:t>
      </w:r>
    </w:p>
    <w:p>
      <w:pPr>
        <w:spacing w:after="20"/>
      </w:pPr>
      <w:r>
        <w:rPr>
          <w:b/>
        </w:rPr>
        <w:t>B.Tech in Industrial Engineering</w:t>
      </w:r>
      <w:r>
        <w:t xml:space="preserve"> — Engineering college affiliated to a state technical university, Kanpur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Lean Six Sigma Green Belt</w:t>
      </w:r>
    </w:p>
    <w:p>
      <w:pPr>
        <w:pStyle w:val="ListBullet"/>
        <w:spacing w:after="40"/>
      </w:pPr>
      <w:r>
        <w:t>Certified Supply Chain Professional coursework</w:t>
      </w:r>
    </w:p>
    <w:p>
      <w:pPr>
        <w:pStyle w:val="ListBullet"/>
        <w:spacing w:after="40"/>
      </w:pPr>
      <w:r>
        <w:t>Fire and safety awareness for warehouses, short course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Central sorting nodes — consolidated sorting from many hubs into two nodes with clear cut-off times</w:t>
      </w:r>
    </w:p>
    <w:p>
      <w:pPr>
        <w:pStyle w:val="ListBullet"/>
        <w:spacing w:after="40"/>
      </w:pPr>
      <w:r>
        <w:t>Supervisor development programme — monthly training for 30 shift supervisors on people handling and KPIs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Hindi · English · Urdu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digitalcvmaker.com/resume-examples/operations-managers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Rajiv Saxena – Operations Manager resume</dc:title>
  <dc:subject>operations-managers resume example</dc:subject>
  <dc:creator>digitalcvmaker.com</dc:creator>
  <cp:keywords>template, operations-managers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