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Harish Chandran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Network Engineer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Kochi, Kerala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Network engineer with ten years of experience designing and running enterprise networks for hospitals, banks and manufacturing clients. Handles routing, switching, firewalls, SD-WAN and wireless across more than 150 sites, and leads L2 and L3 escalations. Holds CCNP Enterprise and a firewall vendor certification, and mentors a team of four engineers.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Enterprise routing (BGP, OSPF) · Campus switching · Next-generation firewalls · SD-WAN · Enterprise wireless · VPN and remote access · Network design and documentation · Change management · Python scripting for network tasks · L3 troubleshooting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Network Engineer</w:t>
      </w:r>
      <w:r>
        <w:t xml:space="preserve"> — IT infrastructure services company,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Lead network operations for a hospital chain with 40 sites, keeping core and Wi-Fi networks available for clinical systems.</w:t>
      </w:r>
    </w:p>
    <w:p>
      <w:pPr>
        <w:pStyle w:val="ListBullet"/>
        <w:spacing w:after="40"/>
      </w:pPr>
      <w:r>
        <w:t>Migrated 120 branch sites of a cooperative bank from MPLS to SD-WAN in planned weekend windows without customer impact.</w:t>
      </w:r>
    </w:p>
    <w:p>
      <w:pPr>
        <w:pStyle w:val="ListBullet"/>
        <w:spacing w:after="40"/>
      </w:pPr>
      <w:r>
        <w:t>Designed firewall policy clean-ups that removed hundreds of unused rules and passed the client’s security audit.</w:t>
      </w:r>
    </w:p>
    <w:p>
      <w:pPr>
        <w:pStyle w:val="ListBullet"/>
        <w:spacing w:after="40"/>
      </w:pPr>
      <w:r>
        <w:t>Wrote Python scripts to back up device configurations nightly and flag unauthorised changes.</w:t>
      </w:r>
    </w:p>
    <w:p>
      <w:pPr>
        <w:spacing w:after="20"/>
      </w:pPr>
      <w:r>
        <w:rPr>
          <w:b/>
        </w:rPr>
        <w:t>Network Engineer</w:t>
      </w:r>
      <w:r>
        <w:t xml:space="preserve"> — Systems integrator for manufacturing plants,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</w:t>
      </w:r>
    </w:p>
    <w:p>
      <w:pPr>
        <w:pStyle w:val="ListBullet"/>
        <w:spacing w:after="40"/>
      </w:pPr>
      <w:r>
        <w:t>Built plant networks with segmented production and office VLANs for three new factories.</w:t>
      </w:r>
    </w:p>
    <w:p>
      <w:pPr>
        <w:pStyle w:val="ListBullet"/>
        <w:spacing w:after="40"/>
      </w:pPr>
      <w:r>
        <w:t>Installed and tuned wireless for warehouses with handheld scanners, fixing roaming dropouts.</w:t>
      </w:r>
    </w:p>
    <w:p>
      <w:pPr>
        <w:pStyle w:val="ListBullet"/>
        <w:spacing w:after="40"/>
      </w:pPr>
      <w:r>
        <w:t>Prepared low-level designs, rack diagrams and handover documents for each project.</w:t>
      </w:r>
    </w:p>
    <w:p>
      <w:pPr>
        <w:spacing w:after="20"/>
      </w:pPr>
      <w:r>
        <w:rPr>
          <w:b/>
        </w:rPr>
        <w:t>Network Support Engineer</w:t>
      </w:r>
      <w:r>
        <w:t xml:space="preserve"> — Internet service provider, Kochi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Configured customer premises routers for leased line and broadband customers.</w:t>
      </w:r>
    </w:p>
    <w:p>
      <w:pPr>
        <w:pStyle w:val="ListBullet"/>
        <w:spacing w:after="40"/>
      </w:pPr>
      <w:r>
        <w:t>Resolved link and routing complaints for business customers within the escalation SLA.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B.Tech in Electronics and Communication</w:t>
      </w:r>
      <w:r>
        <w:t xml:space="preserve"> — Engineering college affiliated to a state technical university, Thrissur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CCNP Enterprise</w:t>
      </w:r>
    </w:p>
    <w:p>
      <w:pPr>
        <w:pStyle w:val="ListBullet"/>
        <w:spacing w:after="40"/>
      </w:pPr>
      <w:r>
        <w:t>Palo Alto Networks Certified Network Security Engineer</w:t>
      </w:r>
    </w:p>
    <w:p>
      <w:pPr>
        <w:pStyle w:val="ListBullet"/>
        <w:spacing w:after="40"/>
      </w:pPr>
      <w:r>
        <w:t>ITIL 4 Foundation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SD-WAN migration playbook — step-by-step cut-over plan reused for later branch migrations</w:t>
      </w:r>
    </w:p>
    <w:p>
      <w:pPr>
        <w:pStyle w:val="ListBullet"/>
        <w:spacing w:after="40"/>
      </w:pPr>
      <w:r>
        <w:t>Network documentation drive — updated diagrams and IP plans for 40 hospital sites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Malayalam · English · Hindi · Tamil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digitalcvmaker.com/resume-examples/network-engineers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Harish Chandran – Senior Network Engineer resume</dc:title>
  <dc:subject>network-engineers resume example</dc:subject>
  <dc:creator>digitalcvmaker.com</dc:creator>
  <cp:keywords>template, network-engineers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