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Joyeeta Das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Makeup Artist – Television and Advertising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Kolkata, West Bengal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Production makeup artist with nine years on television serials, ad films and editorial shoots in Bengali and Hindi. Specialises in camera-ready bases under studio lighting, continuity across long schedules and period looks for historical dramas. Leads a small makeup unit, manages product budgets and works closely with directors, cinematographers and costume teams.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HD and airbrush makeup · Continuity management · Period looks · Prosthetics basics · Editorial makeup · Team supervision · Kit budgeting · Lighting awareness · Script breakdown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Head Makeup Artist</w:t>
      </w:r>
      <w:r>
        <w:t xml:space="preserve"> — Television production house making daily serials,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5 years · current</w:t>
      </w:r>
    </w:p>
    <w:p>
      <w:pPr>
        <w:pStyle w:val="ListBullet"/>
        <w:spacing w:after="40"/>
      </w:pPr>
      <w:r>
        <w:t>Lead a four-person makeup unit across two daily serials, covering up to 18 principal actors on each shooting day.</w:t>
      </w:r>
    </w:p>
    <w:p>
      <w:pPr>
        <w:pStyle w:val="ListBullet"/>
        <w:spacing w:after="40"/>
      </w:pPr>
      <w:r>
        <w:t>Built a photo continuity log for every scene, which cut reshoots caused by makeup mismatches to almost none over a season.</w:t>
      </w:r>
    </w:p>
    <w:p>
      <w:pPr>
        <w:pStyle w:val="ListBullet"/>
        <w:spacing w:after="40"/>
      </w:pPr>
      <w:r>
        <w:t>Designed period looks for a historical drama, researching portraits and textiles with the costume department before trials.</w:t>
      </w:r>
    </w:p>
    <w:p>
      <w:pPr>
        <w:pStyle w:val="ListBullet"/>
        <w:spacing w:after="40"/>
      </w:pPr>
      <w:r>
        <w:t>Hold the unit’s monthly product budget and reduced wastage by switching to refillable palettes and shared stock tracking.</w:t>
      </w:r>
    </w:p>
    <w:p>
      <w:pPr>
        <w:spacing w:after="20"/>
      </w:pPr>
      <w:r>
        <w:rPr>
          <w:b/>
        </w:rPr>
        <w:t>Makeup Artist</w:t>
      </w:r>
      <w:r>
        <w:t xml:space="preserve"> — Freelance for ad film and fashion shoots, Kolkata and Mumbai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</w:t>
      </w:r>
    </w:p>
    <w:p>
      <w:pPr>
        <w:pStyle w:val="ListBullet"/>
        <w:spacing w:after="40"/>
      </w:pPr>
      <w:r>
        <w:t>Delivered makeup for 60 ad films and catalogue shoots, adjusting bases for daylight exteriors and high-key studio setups.</w:t>
      </w:r>
    </w:p>
    <w:p>
      <w:pPr>
        <w:pStyle w:val="ListBullet"/>
        <w:spacing w:after="40"/>
      </w:pPr>
      <w:r>
        <w:t>Created clean skin looks for close-up product shots in skincare and jewellery campaigns alongside the photographer’s lighting plan.</w:t>
      </w:r>
    </w:p>
    <w:p>
      <w:pPr>
        <w:pStyle w:val="ListBullet"/>
        <w:spacing w:after="40"/>
      </w:pPr>
      <w:r>
        <w:t>Trained two assistants on quick changes between looks, keeping talent ready within the agreed fifteen-minute window.</w:t>
      </w:r>
    </w:p>
    <w:p>
      <w:pPr>
        <w:spacing w:after="20"/>
      </w:pPr>
      <w:r>
        <w:rPr>
          <w:b/>
        </w:rPr>
        <w:t>Junior Makeup Artist</w:t>
      </w:r>
      <w:r>
        <w:t xml:space="preserve"> — Regional film and theatre makeup team,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1 year</w:t>
      </w:r>
    </w:p>
    <w:p>
      <w:pPr>
        <w:pStyle w:val="ListBullet"/>
        <w:spacing w:after="40"/>
      </w:pPr>
      <w:r>
        <w:t>Applied character and ageing makeup for stage productions and supported the lead artist on two feature film schedules.</w:t>
      </w:r>
    </w:p>
    <w:p>
      <w:pPr>
        <w:pStyle w:val="ListBullet"/>
        <w:spacing w:after="40"/>
      </w:pPr>
      <w:r>
        <w:t>Maintained the team’s kit inventory and hygiene routine across long outdoor shoots in humid conditions.</w:t>
      </w:r>
    </w:p>
    <w:p>
      <w:pPr>
        <w:pStyle w:val="ListBullet"/>
        <w:spacing w:after="40"/>
      </w:pPr>
      <w:r>
        <w:t>Prepared wound, scar and bruise effects for stage fight scenes, refreshing them between acts in under five minutes.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Advanced Diploma in Cinema and Television Makeup</w:t>
      </w:r>
      <w:r>
        <w:t xml:space="preserve"> — Private film and media institute, Mumbai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Prosthetics, ageing and special effects modules</w:t>
      </w:r>
    </w:p>
    <w:p>
      <w:pPr>
        <w:spacing w:after="20"/>
      </w:pPr>
      <w:r>
        <w:rPr>
          <w:b/>
        </w:rPr>
        <w:t>BA in Fine Arts</w:t>
      </w:r>
      <w:r>
        <w:t xml:space="preserve"> — State university, Kolkata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Portrait painting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Makeup Artist, Beauty &amp; Wellness Sector Skill Council</w:t>
      </w:r>
    </w:p>
    <w:p>
      <w:pPr>
        <w:pStyle w:val="ListBullet"/>
        <w:spacing w:after="40"/>
      </w:pPr>
      <w:r>
        <w:t>Workshop in silicone prosthetics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PROJECTS</w:t>
      </w:r>
    </w:p>
    <w:p>
      <w:pPr>
        <w:pStyle w:val="ListBullet"/>
        <w:spacing w:after="40"/>
      </w:pPr>
      <w:r>
        <w:t>Historical Drama Looks — period makeup bible for 12 characters, used by the unit for the full serial run</w:t>
      </w:r>
    </w:p>
    <w:p>
      <w:pPr>
        <w:pStyle w:val="ListBullet"/>
        <w:spacing w:after="40"/>
      </w:pPr>
      <w:r>
        <w:t>Monsoon Campaign Shoot — sweat-proof bases for a two-day outdoor ad in heavy humidity with no retakes for makeup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Bengali · Hindi · English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digitalcvmaker.com/resume-examples/makeup-artists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Joyeeta Das – Makeup Artist – Television and Advertising resume</dc:title>
  <dc:subject>makeup-artists resume example</dc:subject>
  <dc:creator>digitalcvmaker.com</dc:creator>
  <cp:keywords>template, makeup-artists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