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Abdul Rahman Khan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Medical Lab Technician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Aurangabad,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DMLT holder with a six-month internship in the central lab of a 200-bed multi-speciality hospital, rotating through haematology, biochemistry and serology. Comfortable with venepuncture, sample labelling, cell counters and semi-auto biochemistry analysers, and follows biomedical waste rules. Looking for a lab technician role in a hospital or diagnostic centre.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Phlebotomy · Sample collection and labelling · Haematology cell counter · Semi-auto biochemistry analyser · Blood grouping and cross-matching · Urine and stool examination · Quality control charts · Biomedical waste handling · LIS data entry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Lab Technician Intern</w:t>
      </w:r>
      <w:r>
        <w:t xml:space="preserve"> — 200-bed multi-speciality hospital, central laboratory, Aurangabad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Collected blood samples from 30 to 40 outpatients a morning and labelled each tube with barcode and patient details.</w:t>
      </w:r>
    </w:p>
    <w:p>
      <w:pPr>
        <w:pStyle w:val="ListBullet"/>
        <w:spacing w:after="40"/>
      </w:pPr>
      <w:r>
        <w:t>Ran CBC samples on a five-part haematology analyser and prepared peripheral smears for review by the pathologist.</w:t>
      </w:r>
    </w:p>
    <w:p>
      <w:pPr>
        <w:pStyle w:val="ListBullet"/>
        <w:spacing w:after="40"/>
      </w:pPr>
      <w:r>
        <w:t>Recorded daily internal QC values for biochemistry tests and reported out-of-range controls to the senior technician.</w:t>
      </w:r>
    </w:p>
    <w:p>
      <w:pPr>
        <w:pStyle w:val="ListBullet"/>
        <w:spacing w:after="40"/>
      </w:pPr>
      <w:r>
        <w:t>Followed colour-coded biomedical waste segregation and helped prepare the lab for an internal audit.</w:t>
      </w:r>
    </w:p>
    <w:p>
      <w:pPr>
        <w:spacing w:after="20"/>
      </w:pPr>
      <w:r>
        <w:rPr>
          <w:b/>
        </w:rPr>
        <w:t>Collection Centre Assistant</w:t>
      </w:r>
      <w:r>
        <w:t xml:space="preserve"> — Diagnostic chain collection centre, Aurangabad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months · part-time</w:t>
      </w:r>
    </w:p>
    <w:p>
      <w:pPr>
        <w:pStyle w:val="ListBullet"/>
        <w:spacing w:after="40"/>
      </w:pPr>
      <w:r>
        <w:t>Registered patients, collected samples and packed them with ice packs for courier to the processing lab.</w:t>
      </w:r>
    </w:p>
    <w:p>
      <w:pPr>
        <w:pStyle w:val="ListBullet"/>
        <w:spacing w:after="40"/>
      </w:pPr>
      <w:r>
        <w:t>Kept the sample dispatch register and called patients when a repeat sample was needed.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Medical Laboratory Technology (DMLT)</w:t>
      </w:r>
      <w:r>
        <w:t xml:space="preserve"> — Government-recognised paramedical institute, Aurangabad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Practical examination: first class</w:t>
      </w:r>
    </w:p>
    <w:p>
      <w:pPr>
        <w:spacing w:after="20"/>
      </w:pPr>
      <w:r>
        <w:rPr>
          <w:b/>
        </w:rPr>
        <w:t>Higher Secondary (Science, Biology)</w:t>
      </w:r>
      <w:r>
        <w:t xml:space="preserve"> — State board junior college, Jalna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Registration application with state paramedical council in process</w:t>
      </w:r>
    </w:p>
    <w:p>
      <w:pPr>
        <w:pStyle w:val="ListBullet"/>
        <w:spacing w:after="40"/>
      </w:pPr>
      <w:r>
        <w:t>Basic Life Support, certified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Hand hygiene audit — observed and charted hand hygiene compliance in the sample collection area for the infection control nurse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Urdu · Hindi · Marathi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digitalcvmaker.com/resume-examples/lab-technicians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Abdul Rahman Khan – Medical Lab Technician resume</dc:title>
  <dc:subject>lab-technicians resume example</dc:subject>
  <dc:creator>digitalcvmaker.com</dc:creator>
  <cp:keywords>template, lab-technicians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