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Tenzin Norbu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Guest Service Associate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Gangtok, Sikkim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Hotel management graduate with industrial training across front office, food and beverage service and housekeeping at a five-star resort. Comfortable with check-ins on a property management system, table service and guest requests, and speaks English, Hindi, Nepali and Tibetan. Looking for a guest service or front office associate role in a resort or business hotel.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Front office check-in and check-out · Property management system basics · Food and beverage service · Guest request handling · Room inspection basics · Upselling room upgrades · Cash and card settlement · Grooming and etiquette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Industrial Trainee</w:t>
      </w:r>
      <w:r>
        <w:t xml:space="preserve"> — Five-star resort in the eastern Himalayas, Darjeeling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22-week industrial training</w:t>
      </w:r>
    </w:p>
    <w:p>
      <w:pPr>
        <w:pStyle w:val="ListBullet"/>
        <w:spacing w:after="40"/>
      </w:pPr>
      <w:r>
        <w:t>Rotated through front office, restaurant service, housekeeping and kitchen, completing each department’s training checklist.</w:t>
      </w:r>
    </w:p>
    <w:p>
      <w:pPr>
        <w:pStyle w:val="ListBullet"/>
        <w:spacing w:after="40"/>
      </w:pPr>
      <w:r>
        <w:t>Handled check-ins for tour groups at the front desk, assigning rooms and explaining resort facilities.</w:t>
      </w:r>
    </w:p>
    <w:p>
      <w:pPr>
        <w:pStyle w:val="ListBullet"/>
        <w:spacing w:after="40"/>
      </w:pPr>
      <w:r>
        <w:t>Served breakfast and dinner buffets for up to 180 covers and took à la carte orders during peak season.</w:t>
      </w:r>
    </w:p>
    <w:p>
      <w:pPr>
        <w:pStyle w:val="ListBullet"/>
        <w:spacing w:after="40"/>
      </w:pPr>
      <w:r>
        <w:t>Received a guest comment card mention for arranging a surprise birthday set-up in a family suite.</w:t>
      </w:r>
    </w:p>
    <w:p>
      <w:pPr>
        <w:spacing w:after="20"/>
      </w:pPr>
      <w:r>
        <w:rPr>
          <w:b/>
        </w:rPr>
        <w:t>Part-time Café Server</w:t>
      </w:r>
      <w:r>
        <w:t xml:space="preserve"> — Independent café on the main market road, Gangtok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months · weekends</w:t>
      </w:r>
    </w:p>
    <w:p>
      <w:pPr>
        <w:pStyle w:val="ListBullet"/>
        <w:spacing w:after="40"/>
      </w:pPr>
      <w:r>
        <w:t>Took orders, served tables and handled billing on a point-of-sale system during weekend rushes.</w:t>
      </w:r>
    </w:p>
    <w:p>
      <w:pPr>
        <w:pStyle w:val="ListBullet"/>
        <w:spacing w:after="40"/>
      </w:pPr>
      <w:r>
        <w:t>Helped the owner plan a tourist-friendly menu card in English and Hindi.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B.Sc. in Hospitality and Hotel Administration</w:t>
      </w:r>
      <w:r>
        <w:t xml:space="preserve"> — Institute of hotel management, Gangtok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Industrial training at a five-star resort</w:t>
      </w:r>
    </w:p>
    <w:p>
      <w:pPr>
        <w:spacing w:after="20"/>
      </w:pPr>
      <w:r>
        <w:rPr>
          <w:b/>
        </w:rPr>
        <w:t>Higher Secondary (Humanities)</w:t>
      </w:r>
      <w:r>
        <w:t xml:space="preserve"> — CBSE senior secondary school, Gangtok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FoSTaC Basic Food Safety, FSSAI</w:t>
      </w:r>
    </w:p>
    <w:p>
      <w:pPr>
        <w:pStyle w:val="ListBullet"/>
        <w:spacing w:after="40"/>
      </w:pPr>
      <w:r>
        <w:t>Barista Basics, short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Local experiences guide — wrote a one-page guest guide to monasteries and viewpoints used at the training hotel’s desk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Nepali · Tibetan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digitalcvmaker.com/resume-examples/hospitality-professionals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Tenzin Norbu – Guest Service Associate resume</dc:title>
  <dc:subject>hospitality-professionals resume example</dc:subject>
  <dc:creator>digitalcvmaker.com</dc:creator>
  <cp:keywords>template, hospitality-professionals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