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Farhan Qureshi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Freelance Full-Stack Developer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Hyderabad, Telangana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Independent full-stack developer with six years of client work building web apps, dashboards and API integrations for startups and export businesses. Handles scoping, fixed-price proposals, delivery and post-launch support end to end. Specialises in Laravel, Vue and AWS, with a track record of long-running retainers and clean handover documentation.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Laravel · Vue.js · MySQL · AWS EC2 and S3 · Payment gateway integration · API design · Project scoping · Client communication · GST invoicing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Freelance Full-Stack Developer</w:t>
      </w:r>
      <w:r>
        <w:t xml:space="preserve"> — self-employed, serving clients in India, the UAE and the UK, Hyderabad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 · current</w:t>
      </w:r>
    </w:p>
    <w:p>
      <w:pPr>
        <w:pStyle w:val="ListBullet"/>
        <w:spacing w:after="40"/>
      </w:pPr>
      <w:r>
        <w:t>Delivered 35 projects on fixed-price and hourly contracts, with 70 percent of revenue coming from repeat or referred clients.</w:t>
      </w:r>
    </w:p>
    <w:p>
      <w:pPr>
        <w:pStyle w:val="ListBullet"/>
        <w:spacing w:after="40"/>
      </w:pPr>
      <w:r>
        <w:t>Built an order management portal for a textile exporter that replaced spreadsheets and cut dispatch errors by half.</w:t>
      </w:r>
    </w:p>
    <w:p>
      <w:pPr>
        <w:pStyle w:val="ListBullet"/>
        <w:spacing w:after="40"/>
      </w:pPr>
      <w:r>
        <w:t>Maintains monthly support retainers for six clients, covering security patches, uptime monitoring and small feature requests.</w:t>
      </w:r>
    </w:p>
    <w:p>
      <w:pPr>
        <w:pStyle w:val="ListBullet"/>
        <w:spacing w:after="40"/>
      </w:pPr>
      <w:r>
        <w:t>Wrote technical proposals with milestone-based pricing, reducing scope disputes and late payments across engagements.</w:t>
      </w:r>
    </w:p>
    <w:p>
      <w:pPr>
        <w:pStyle w:val="ListBullet"/>
        <w:spacing w:after="40"/>
      </w:pPr>
      <w:r>
        <w:t>Holds a top-rated status on a global freelancing platform with consistent five-star reviews over the past three years.</w:t>
      </w:r>
    </w:p>
    <w:p>
      <w:pPr>
        <w:spacing w:after="20"/>
      </w:pPr>
      <w:r>
        <w:rPr>
          <w:b/>
        </w:rPr>
        <w:t>Contract Developer</w:t>
      </w:r>
      <w:r>
        <w:t xml:space="preserve"> — Series-A edtech startup, Remote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4 months</w:t>
      </w:r>
    </w:p>
    <w:p>
      <w:pPr>
        <w:pStyle w:val="ListBullet"/>
        <w:spacing w:after="40"/>
      </w:pPr>
      <w:r>
        <w:t>Rebuilt the course checkout flow in Laravel and Vue, lifting completed payments by 18 percent within two months.</w:t>
      </w:r>
    </w:p>
    <w:p>
      <w:pPr>
        <w:pStyle w:val="ListBullet"/>
        <w:spacing w:after="40"/>
      </w:pPr>
      <w:r>
        <w:t>Migrated file storage to AWS S3 with signed URLs, trimming monthly hosting bills and securing paid video content.</w:t>
      </w:r>
    </w:p>
    <w:p>
      <w:pPr>
        <w:pStyle w:val="ListBullet"/>
        <w:spacing w:after="40"/>
      </w:pPr>
      <w:r>
        <w:t>Mentored two in-house junior developers through code reviews and weekly architecture walkthroughs.</w:t>
      </w:r>
    </w:p>
    <w:p>
      <w:pPr>
        <w:spacing w:after="20"/>
      </w:pPr>
      <w:r>
        <w:rPr>
          <w:b/>
        </w:rPr>
        <w:t>PHP Developer</w:t>
      </w:r>
      <w:r>
        <w:t xml:space="preserve"> — mid-sized IT services company, Hyderabad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8 months</w:t>
      </w:r>
    </w:p>
    <w:p>
      <w:pPr>
        <w:pStyle w:val="ListBullet"/>
        <w:spacing w:after="40"/>
      </w:pPr>
      <w:r>
        <w:t>Developed modules for a hospital billing product used across 12 client sites in South India.</w:t>
      </w:r>
    </w:p>
    <w:p>
      <w:pPr>
        <w:pStyle w:val="ListBullet"/>
        <w:spacing w:after="40"/>
      </w:pPr>
      <w:r>
        <w:t>Wrote SQL reports that finance teams at client hospitals used for daily cash reconciliation.</w:t>
      </w:r>
    </w:p>
    <w:p>
      <w:pPr>
        <w:pStyle w:val="ListBullet"/>
        <w:spacing w:after="40"/>
      </w:pPr>
      <w:r>
        <w:t>Upgraded legacy modules to a newer PHP version, removing deprecated functions flagged during a client security audit.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B.Tech, Information Technology</w:t>
      </w:r>
      <w:r>
        <w:t xml:space="preserve"> — state technological university, Hyderabad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AWS Certified Developer – Associate</w:t>
      </w:r>
    </w:p>
    <w:p>
      <w:pPr>
        <w:pStyle w:val="ListBullet"/>
        <w:spacing w:after="40"/>
      </w:pPr>
      <w:r>
        <w:t>Laravel Certified Developer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Clinic booking system — appointment and reminder app used by a chain of dental clinics handling hundreds of bookings each week</w:t>
      </w:r>
    </w:p>
    <w:p>
      <w:pPr>
        <w:pStyle w:val="ListBullet"/>
        <w:spacing w:after="40"/>
      </w:pPr>
      <w:r>
        <w:t>Open-source GST invoice package — PHP library for generating compliant tax invoices, used in several small-business apps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Urdu · Telugu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digitalcvmaker.com/resume-examples/freelancers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Farhan Qureshi – Freelance Full-Stack Developer resume</dc:title>
  <dc:subject>freelancers resume example</dc:subject>
  <dc:creator>digitalcvmaker.com</dc:creator>
  <cp:keywords>template, freelancers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