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Pooja Yadav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Gym Instructor and Personal Trainer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Gurugram, Haryana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Certified fitness trainer focused on beginners and women returning to exercise, with a physical education degree and a floor instructor role at a commercial gym. Coaches safe technique on free weights and machines, runs basic assessments and keeps simple progress records. Aims to build a personal training client base within a well-run gym team.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Exercise technique · Beginner programming · Fitness assessments · Free weights · Group circuits · Progress tracking · CPR and first aid · Member onboarding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Floor Instructor</w:t>
      </w:r>
      <w:r>
        <w:t xml:space="preserve"> — Commercial gym with 600 members, Gurugram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9 months · current</w:t>
      </w:r>
    </w:p>
    <w:p>
      <w:pPr>
        <w:pStyle w:val="ListBullet"/>
        <w:spacing w:after="40"/>
      </w:pPr>
      <w:r>
        <w:t>Onboard around 40 new members a month with a posture check, basic assessment and first-week plan.</w:t>
      </w:r>
    </w:p>
    <w:p>
      <w:pPr>
        <w:pStyle w:val="ListBullet"/>
        <w:spacing w:after="40"/>
      </w:pPr>
      <w:r>
        <w:t>Correct form on squats, deadlifts and machines during peak hours, keeping the gym floor free of reported injuries.</w:t>
      </w:r>
    </w:p>
    <w:p>
      <w:pPr>
        <w:pStyle w:val="ListBullet"/>
        <w:spacing w:after="40"/>
      </w:pPr>
      <w:r>
        <w:t>Converted 12 floor members into paying personal training clients through free sample sessions and regular follow-ups.</w:t>
      </w:r>
    </w:p>
    <w:p>
      <w:pPr>
        <w:spacing w:after="20"/>
      </w:pPr>
      <w:r>
        <w:rPr>
          <w:b/>
        </w:rPr>
        <w:t>Trainee Coach</w:t>
      </w:r>
      <w:r>
        <w:t xml:space="preserve"> — University sports complex, Rohtak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3-month internship</w:t>
      </w:r>
    </w:p>
    <w:p>
      <w:pPr>
        <w:pStyle w:val="ListBullet"/>
        <w:spacing w:after="40"/>
      </w:pPr>
      <w:r>
        <w:t>Assisted strength coaches with warm-ups and conditioning for the university kabaddi and athletics squads.</w:t>
      </w:r>
    </w:p>
    <w:p>
      <w:pPr>
        <w:pStyle w:val="ListBullet"/>
        <w:spacing w:after="40"/>
      </w:pPr>
      <w:r>
        <w:t>Recorded sprint and jump test results for 30 athletes and entered them into the coaching team’s tracker.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Bachelor of Physical Education and Sports</w:t>
      </w:r>
      <w:r>
        <w:t xml:space="preserve"> — State university, Rohtak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Anatomy, exercise physiology and sports nutrition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Fitness Trainer, Sports, Physical Education, Fitness and Leisure Sector Skill Council</w:t>
      </w:r>
    </w:p>
    <w:p>
      <w:pPr>
        <w:pStyle w:val="ListBullet"/>
        <w:spacing w:after="40"/>
      </w:pPr>
      <w:r>
        <w:t>CPR and First Aid certificate</w:t>
      </w:r>
    </w:p>
    <w:p>
      <w:pPr>
        <w:pStyle w:val="ListBullet"/>
        <w:spacing w:after="40"/>
      </w:pPr>
      <w:r>
        <w:t>Short course in pre and postnatal exercise basics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Strong Start for Women — six-week beginner strength batch for 15 members, with every participant completing the programme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Hindi · Haryanvi · English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digitalcvmaker.com/resume-examples/fitness-trainers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Pooja Yadav – Gym Instructor and Personal Trainer resume</dc:title>
  <dc:subject>fitness-trainers resume example</dc:subject>
  <dc:creator>digitalcvmaker.com</dc:creator>
  <cp:keywords>template, fitness-trainers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