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Kunal Bhardwaj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Graduate Electrical Engineer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Indore, Madhya Pradesh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B.E. Electrical graduate with a six-month internship at a switchgear panel manufacturer and a final-year project on rooftop solar sizing. Reads single-line diagrams, prepares cable schedules and has done insulation resistance and continuity testing under supervision. Looking for a graduate engineer role in electrical contracting, panel building or plant maintenance in central India.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Single-line diagrams · AutoCAD Electrical · Cable sizing and schedules · LT panel wiring checks · Megger and continuity testing · Load calculation · Rooftop solar basics · Electrical safety and LOTO · MS Excel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Graduate Engineer Trainee (Internship)</w:t>
      </w:r>
      <w:r>
        <w:t xml:space="preserve"> — Mid-size LT switchgear and control panel manufacturer, Pithampur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6-month internship</w:t>
      </w:r>
    </w:p>
    <w:p>
      <w:pPr>
        <w:pStyle w:val="ListBullet"/>
        <w:spacing w:after="40"/>
      </w:pPr>
      <w:r>
        <w:t>Checked wiring of 40 motor control and APFC panels against approved drawings before factory acceptance tests with clients.</w:t>
      </w:r>
    </w:p>
    <w:p>
      <w:pPr>
        <w:pStyle w:val="ListBullet"/>
        <w:spacing w:after="40"/>
      </w:pPr>
      <w:r>
        <w:t>Ran insulation resistance and continuity tests on outgoing feeders and recorded readings in the inspection test plan.</w:t>
      </w:r>
    </w:p>
    <w:p>
      <w:pPr>
        <w:pStyle w:val="ListBullet"/>
        <w:spacing w:after="40"/>
      </w:pPr>
      <w:r>
        <w:t>Redrew 12 panel general arrangement drawings in AutoCAD Electrical after customer comments, cutting revision turnaround to one day.</w:t>
      </w:r>
    </w:p>
    <w:p>
      <w:pPr>
        <w:spacing w:after="20"/>
      </w:pPr>
      <w:r>
        <w:rPr>
          <w:b/>
        </w:rPr>
        <w:t>Summer Trainee</w:t>
      </w:r>
      <w:r>
        <w:t xml:space="preserve"> — State power distribution company, 33/11 kV substation, Indore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6 weeks</w:t>
      </w:r>
    </w:p>
    <w:p>
      <w:pPr>
        <w:pStyle w:val="ListBullet"/>
        <w:spacing w:after="40"/>
      </w:pPr>
      <w:r>
        <w:t>Shadowed shift operators during feeder switching, breaker maintenance and daily log readings at a 33/11 kV substation.</w:t>
      </w:r>
    </w:p>
    <w:p>
      <w:pPr>
        <w:pStyle w:val="ListBullet"/>
        <w:spacing w:after="40"/>
      </w:pPr>
      <w:r>
        <w:t>Prepared a short report on transformer oil testing and protection relay settings for the substation in-charge.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B.E. in Electrical and Electronics Engineering</w:t>
      </w:r>
      <w:r>
        <w:t xml:space="preserve"> — Private engineering college affiliated to a state technical university, Indore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Final-year project: sizing and payback study for a 50 kW rooftop solar plant on the college hostel</w:t>
      </w:r>
    </w:p>
    <w:p>
      <w:pPr>
        <w:spacing w:after="20"/>
      </w:pPr>
      <w:r>
        <w:rPr>
          <w:b/>
        </w:rPr>
        <w:t>Higher Secondary (PCM)</w:t>
      </w:r>
      <w:r>
        <w:t xml:space="preserve"> — CBSE senior secondary school, Dewas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AutoCAD Electrical, authorised training centre course</w:t>
      </w:r>
    </w:p>
    <w:p>
      <w:pPr>
        <w:pStyle w:val="ListBullet"/>
        <w:spacing w:after="40"/>
      </w:pPr>
      <w:r>
        <w:t>Basic Industrial Safety and Lockout-Tagout, short course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Hostel energy audit — logged load profiles for four weeks and proposed LED and timer changes that the college adopted for common areas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Hindi · English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fresher resume from digitalcvmaker.com/resume-examples/electrical-engineers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Kunal Bhardwaj – Graduate Electrical Engineer resume</dc:title>
  <dc:subject>electrical-engineers resume example</dc:subject>
  <dc:creator>digitalcvmaker.com</dc:creator>
  <cp:keywords>template, electrical-engineers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