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Tanvi Joshi</w:t>
      </w:r>
    </w:p>
    <w:p>
      <w:pPr>
        <w:spacing w:after="40"/>
      </w:pPr>
      <w:r>
        <w:rPr>
          <w:b w:val="0"/>
          <w:i w:val="0"/>
          <w:color w:val="4B2ED6"/>
          <w:sz w:val="23"/>
        </w:rPr>
        <w:t>Digital Marketing Executive – SEO and Content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Jaipur, Rajasthan · [Phone] · [Email] · [Website or LinkedIn]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PROFESSIONAL SUMMARY</w:t>
      </w:r>
    </w:p>
    <w:p>
      <w:r>
        <w:rPr>
          <w:b w:val="0"/>
          <w:i w:val="0"/>
        </w:rPr>
        <w:t>Digital marketing executive with a year of SEO and content experience at a travel agency, plus a college blog that grew to steady organic traffic. Writes search-led articles, fixes on-page issues and reports rankings every week. Comfortable with keyword research, Search Console and basic WordPress edits, and now aiming for an in-house SEO role.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SKILLS</w:t>
      </w:r>
    </w:p>
    <w:p>
      <w:r>
        <w:rPr>
          <w:b w:val="0"/>
          <w:i w:val="0"/>
        </w:rPr>
        <w:t>Keyword research · On-page SEO · Content briefs · Google Search Console · GA4 reporting · WordPress · Internal linking · Canva creatives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EXPERIENCE</w:t>
      </w:r>
    </w:p>
    <w:p>
      <w:pPr>
        <w:spacing w:after="20"/>
      </w:pPr>
      <w:r>
        <w:rPr>
          <w:b/>
        </w:rPr>
        <w:t>Digital Marketing Executive</w:t>
      </w:r>
      <w:r>
        <w:t xml:space="preserve"> — Boutique travel agency, Jaipur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1 year · current</w:t>
      </w:r>
    </w:p>
    <w:p>
      <w:pPr>
        <w:pStyle w:val="ListBullet"/>
        <w:spacing w:after="40"/>
      </w:pPr>
      <w:r>
        <w:t>Published 48 destination guides targeting long-tail heritage-travel queries, lifting monthly organic sessions from about 3,000 to 11,000.</w:t>
      </w:r>
    </w:p>
    <w:p>
      <w:pPr>
        <w:pStyle w:val="ListBullet"/>
        <w:spacing w:after="40"/>
      </w:pPr>
      <w:r>
        <w:t>Rewrote title tags and meta descriptions for 120 tour pages, improving average click-through rate in Search Console within two months.</w:t>
      </w:r>
    </w:p>
    <w:p>
      <w:pPr>
        <w:pStyle w:val="ListBullet"/>
        <w:spacing w:after="40"/>
      </w:pPr>
      <w:r>
        <w:t>Built an internal linking map between guides and tour pages that helped four packages reach the first page for local searches.</w:t>
      </w:r>
    </w:p>
    <w:p>
      <w:pPr>
        <w:spacing w:after="20"/>
      </w:pPr>
      <w:r>
        <w:rPr>
          <w:b/>
        </w:rPr>
        <w:t>Content Marketing Intern</w:t>
      </w:r>
      <w:r>
        <w:t xml:space="preserve"> — Home décor e-commerce startup, Remote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4-month internship</w:t>
      </w:r>
    </w:p>
    <w:p>
      <w:pPr>
        <w:pStyle w:val="ListBullet"/>
        <w:spacing w:after="40"/>
      </w:pPr>
      <w:r>
        <w:t>Drafted 25 product-category descriptions and six buying guides following an SEO brief supplied by the marketing lead.</w:t>
      </w:r>
    </w:p>
    <w:p>
      <w:pPr>
        <w:pStyle w:val="ListBullet"/>
        <w:spacing w:after="40"/>
      </w:pPr>
      <w:r>
        <w:t>Scheduled Instagram posts and tracked engagement in a simple sheet shared with the founder every Friday.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EDUCATION</w:t>
      </w:r>
    </w:p>
    <w:p>
      <w:pPr>
        <w:spacing w:after="20"/>
      </w:pPr>
      <w:r>
        <w:rPr>
          <w:b/>
        </w:rPr>
        <w:t>B.A. (Hons) English</w:t>
      </w:r>
      <w:r>
        <w:t xml:space="preserve"> — State university, Jaipur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Ran a college heritage blog with around 40 published posts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CERTIFICATIONS AND REGISTRATIONS</w:t>
      </w:r>
    </w:p>
    <w:p>
      <w:pPr>
        <w:pStyle w:val="ListBullet"/>
        <w:spacing w:after="40"/>
      </w:pPr>
      <w:r>
        <w:t>Google Analytics Certification</w:t>
      </w:r>
    </w:p>
    <w:p>
      <w:pPr>
        <w:pStyle w:val="ListBullet"/>
        <w:spacing w:after="40"/>
      </w:pPr>
      <w:r>
        <w:t>HubSpot Content Marketing Certification</w:t>
      </w:r>
    </w:p>
    <w:p>
      <w:pPr>
        <w:pStyle w:val="ListBullet"/>
        <w:spacing w:after="40"/>
      </w:pPr>
      <w:r>
        <w:t>Semrush SEO Fundamentals course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PROJECTS</w:t>
      </w:r>
    </w:p>
    <w:p>
      <w:pPr>
        <w:pStyle w:val="ListBullet"/>
        <w:spacing w:after="40"/>
      </w:pPr>
      <w:r>
        <w:t>Stepwell trails blog — personal site on Rajasthan stepwells that ranks for several niche heritage queries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LANGUAGES</w:t>
      </w:r>
    </w:p>
    <w:p>
      <w:r>
        <w:rPr>
          <w:b w:val="0"/>
          <w:i w:val="0"/>
        </w:rPr>
        <w:t>English · Hindi · Rajasthani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Sample fresher resume from digitalcvmaker.com/resume-examples/digital-marketers — a fictional person; replace every detail with your own.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Tanvi Joshi – Digital Marketing Executive – SEO and Content resume</dc:title>
  <dc:subject>digital-marketers resume example</dc:subject>
  <dc:creator>digitalcvmaker.com</dc:creator>
  <cp:keywords>template, digital-marketers resume example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