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Yash Chaudhary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DevOps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Noida,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Computer applications graduate with a seven-month DevOps internship at a SaaS startup, working on Jenkins pipelines, Docker images and AWS environments. Holds the AWS Cloud Practitioner certificate and is comfortable with Linux, Bash, Git and Terraform basics. Looking for a junior DevOps or cloud support engineer role in a product or services company.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Linux administration · Bash scripting · Git and GitHub Actions · Jenkins pipelines · Docker · AWS EC2, S3, IAM · Terraform basics · Nginx · Prometheus and Grafana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DevOps Intern</w:t>
      </w:r>
      <w:r>
        <w:t xml:space="preserve"> — B2B SaaS startup building HR software, Noida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7-month internship</w:t>
      </w:r>
    </w:p>
    <w:p>
      <w:pPr>
        <w:pStyle w:val="ListBullet"/>
        <w:spacing w:after="40"/>
      </w:pPr>
      <w:r>
        <w:t>Converted four manual deployment checklists into Jenkins pipelines with build, test and staging deploy stages.</w:t>
      </w:r>
    </w:p>
    <w:p>
      <w:pPr>
        <w:pStyle w:val="ListBullet"/>
        <w:spacing w:after="40"/>
      </w:pPr>
      <w:r>
        <w:t>Wrote Dockerfiles for two Node.js services and cut image size by more than half using multi-stage builds.</w:t>
      </w:r>
    </w:p>
    <w:p>
      <w:pPr>
        <w:pStyle w:val="ListBullet"/>
        <w:spacing w:after="40"/>
      </w:pPr>
      <w:r>
        <w:t>Set up Grafana dashboards for CPU, memory and response time on staging servers, used during daily stand-ups.</w:t>
      </w:r>
    </w:p>
    <w:p>
      <w:pPr>
        <w:pStyle w:val="ListBullet"/>
        <w:spacing w:after="40"/>
      </w:pPr>
      <w:r>
        <w:t>Automated nightly database backups to S3 with a Bash script and tested restores every week.</w:t>
      </w:r>
    </w:p>
    <w:p>
      <w:pPr>
        <w:spacing w:after="20"/>
      </w:pPr>
      <w:r>
        <w:rPr>
          <w:b/>
        </w:rPr>
        <w:t>Lab Assistant (Part-time)</w:t>
      </w:r>
      <w:r>
        <w:t xml:space="preserve"> — College computer centre, Meerut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Maintained 60 Linux and Windows lab machines, reimaging systems before practical exams.</w:t>
      </w:r>
    </w:p>
    <w:p>
      <w:pPr>
        <w:pStyle w:val="ListBullet"/>
        <w:spacing w:after="40"/>
      </w:pPr>
      <w:r>
        <w:t>Wrote shell scripts to install course software in bulk, saving the lab staff a full day each semester.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Computer Applications (BCA)</w:t>
      </w:r>
      <w:r>
        <w:t xml:space="preserve"> — Private college affiliated to a state university, Meerut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 project: containerised blog platform with automated deploys to a cloud VM</w:t>
      </w:r>
    </w:p>
    <w:p>
      <w:pPr>
        <w:spacing w:after="20"/>
      </w:pPr>
      <w:r>
        <w:rPr>
          <w:b/>
        </w:rPr>
        <w:t>Higher Secondary (Science)</w:t>
      </w:r>
      <w:r>
        <w:t xml:space="preserve"> — State board higher secondary school, Meerut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AWS Certified Cloud Practitioner</w:t>
      </w:r>
    </w:p>
    <w:p>
      <w:pPr>
        <w:pStyle w:val="ListBullet"/>
        <w:spacing w:after="40"/>
      </w:pPr>
      <w:r>
        <w:t>Red Hat System Administration I coursework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Home lab Kubernetes cluster — three-node k3s setup with Helm charts and GitOps sync, documented on GitHub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digitalcvmaker.com/resume-examples/devops-engineers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Yash Chaudhary – Junior DevOps Engineer resume</dc:title>
  <dc:subject>devops-engineers resume example</dc:subject>
  <dc:creator>digitalcvmaker.com</dc:creator>
  <cp:keywords>template, devops-engineers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