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Sneha Kulkarni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Full-Stack Developer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Pune,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Computer engineering graduate with a six-month internship building internal dashboards in React and Node.js for a logistics startup. Comfortable writing REST APIs, SQL queries and unit tests, and used to working through code reviews in a small agile team. Looking for a junior full-stack role where shipping to real users every sprint is the norm.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JavaScript · React · Node.js · Express · MySQL · REST APIs · Git workflows · Jest unit testing · Data structures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Software Development Intern</w:t>
      </w:r>
      <w:r>
        <w:t xml:space="preserve"> — Early-stage logistics technology startup,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Built a React dashboard that let the dispatch team track around 400 daily shipments without exporting spreadsheets from the old admin panel.</w:t>
      </w:r>
    </w:p>
    <w:p>
      <w:pPr>
        <w:pStyle w:val="ListBullet"/>
        <w:spacing w:after="40"/>
      </w:pPr>
      <w:r>
        <w:t>Wrote seven Express endpoints for delivery status updates, with input validation and Jest tests covering the main success and failure paths.</w:t>
      </w:r>
    </w:p>
    <w:p>
      <w:pPr>
        <w:pStyle w:val="ListBullet"/>
        <w:spacing w:after="40"/>
      </w:pPr>
      <w:r>
        <w:t>Reduced a slow order-history query from roughly four seconds to under one second by adding a composite index after reading the query plan.</w:t>
      </w:r>
    </w:p>
    <w:p>
      <w:pPr>
        <w:pStyle w:val="ListBullet"/>
        <w:spacing w:after="40"/>
      </w:pPr>
      <w:r>
        <w:t>Fixed thirty-plus bugs raised by the operations team, pairing with a senior engineer during weekly code reviews.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B.E. Computer Engineering</w:t>
      </w:r>
      <w:r>
        <w:t xml:space="preserve"> — Private engineering college affiliated to a state university,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CGPA 8.4 / 10; final-year project on route optimisation</w:t>
      </w:r>
    </w:p>
    <w:p>
      <w:pPr>
        <w:spacing w:after="20"/>
      </w:pPr>
      <w:r>
        <w:rPr>
          <w:b/>
        </w:rPr>
        <w:t>Class XII (Science)</w:t>
      </w:r>
      <w:r>
        <w:t xml:space="preserve"> — State board junior college, Pune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NPTEL certificate in Programming, Data Structures and Algorithms</w:t>
      </w:r>
    </w:p>
    <w:p>
      <w:pPr>
        <w:pStyle w:val="ListBullet"/>
        <w:spacing w:after="40"/>
      </w:pPr>
      <w:r>
        <w:t>Online course in full-stack JavaScript with capstone project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Hostel Mess Tracker — Node and MySQL web app used by about 250 students to log meals and flag wastage</w:t>
      </w:r>
    </w:p>
    <w:p>
      <w:pPr>
        <w:pStyle w:val="ListBullet"/>
        <w:spacing w:after="40"/>
      </w:pPr>
      <w:r>
        <w:t>Placement Prep Board — React app with timed coding quizzes, deployed on a free cloud tier with a public repo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Marathi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digitalcvmaker.com/resume-examples/developers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Sneha Kulkarni – Junior Full-Stack Developer resume</dc:title>
  <dc:subject>developers resume example</dc:subject>
  <dc:creator>digitalcvmaker.com</dc:creator>
  <cp:keywords>template, developers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