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Nandini Pawar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Associate Dentist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Pune,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BDS graduate who completed a rotatory internship across all dental departments, with hands-on work in restorations, extractions and scaling. Interested in general and cosmetic dentistry, with a steady eye for shade matching and composite finishing. Seeking an associate dentist role in a multi-chair clinic that offers mentorship in root canal treatment.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Composite restorations · Simple extractions · Scaling and polishing · IOPA radiographs · Local anaesthesia · Patient counselling · Sterilisation protocols · Dental charting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Dental Intern</w:t>
      </w:r>
      <w:r>
        <w:t xml:space="preserve"> — private dental college and hospital,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1-year rotatory internship</w:t>
      </w:r>
    </w:p>
    <w:p>
      <w:pPr>
        <w:pStyle w:val="ListBullet"/>
        <w:spacing w:after="40"/>
      </w:pPr>
      <w:r>
        <w:t>Completed rotations in conservative dentistry, oral surgery, periodontics, prosthodontics, paedodontics and oral medicine under faculty supervision.</w:t>
      </w:r>
    </w:p>
    <w:p>
      <w:pPr>
        <w:pStyle w:val="ListBullet"/>
        <w:spacing w:after="40"/>
      </w:pPr>
      <w:r>
        <w:t>Performed over sixty anterior and posterior composite restorations and forty simple extractions during departmental postings.</w:t>
      </w:r>
    </w:p>
    <w:p>
      <w:pPr>
        <w:pStyle w:val="ListBullet"/>
        <w:spacing w:after="40"/>
      </w:pPr>
      <w:r>
        <w:t>Fabricated complete dentures for three edentulous patients, handling impressions, jaw relations and try-in appointments.</w:t>
      </w:r>
    </w:p>
    <w:p>
      <w:pPr>
        <w:pStyle w:val="ListBullet"/>
        <w:spacing w:after="40"/>
      </w:pPr>
      <w:r>
        <w:t>Took and interpreted periapical radiographs for patients referred to the conservative department for caries assessment.</w:t>
      </w:r>
    </w:p>
    <w:p>
      <w:pPr>
        <w:spacing w:after="20"/>
      </w:pPr>
      <w:r>
        <w:rPr>
          <w:b/>
        </w:rPr>
        <w:t>Camp Volunteer</w:t>
      </w:r>
      <w:r>
        <w:t xml:space="preserve"> — college community outreach programme, Satara district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weekend camps</w:t>
      </w:r>
    </w:p>
    <w:p>
      <w:pPr>
        <w:pStyle w:val="ListBullet"/>
        <w:spacing w:after="40"/>
      </w:pPr>
      <w:r>
        <w:t>Screened schoolchildren for caries and malocclusion, referring cases needing treatment to the college outpatient department.</w:t>
      </w:r>
    </w:p>
    <w:p>
      <w:pPr>
        <w:pStyle w:val="ListBullet"/>
        <w:spacing w:after="40"/>
      </w:pPr>
      <w:r>
        <w:t>Demonstrated brushing technique to groups of students using models and simple picture charts in Marathi.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Dental Surgery (BDS)</w:t>
      </w:r>
      <w:r>
        <w:t xml:space="preserve"> — private dental college affiliated to a health sciences university,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Distinction in conservative dentistry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Registered Dental Surgeon, Maharashtra State Dental Council</w:t>
      </w:r>
    </w:p>
    <w:p>
      <w:pPr>
        <w:pStyle w:val="ListBullet"/>
        <w:spacing w:after="40"/>
      </w:pPr>
      <w:r>
        <w:t>Basic Life Support (BLS) certification</w:t>
      </w:r>
    </w:p>
    <w:p>
      <w:pPr>
        <w:pStyle w:val="ListBullet"/>
        <w:spacing w:after="40"/>
      </w:pPr>
      <w:r>
        <w:t>Short course in aesthetic composite layering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Undergraduate study — compared plaque scores in sixty students before and after a month of guided brushing lessons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Marathi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digitalcvmaker.com/resume-examples/dentists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Nandini Pawar – Associate Dentist resume</dc:title>
  <dc:subject>dentists resume example</dc:subject>
  <dc:creator>digitalcvmaker.com</dc:creator>
  <cp:keywords>template, dentists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